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rFonts w:ascii="PT Sans Narrow" w:hAnsi="PT Sans Narrow" w:eastAsia="PT Sans Narrow"/>
          <w:b/>
          <w:sz w:val="68"/>
        </w:rPr>
        <w:t>TEARDROPDRIFT</w:t>
      </w:r>
    </w:p>
    <w:p>
      <w:pPr>
        <w:jc w:val="center"/>
      </w:pPr>
      <w:r>
        <w:rPr>
          <w:rFonts w:ascii="PT Sans Narrow" w:hAnsi="PT Sans Narrow" w:eastAsia="PT Sans Narrow"/>
          <w:b/>
          <w:sz w:val="30"/>
        </w:rPr>
        <w:t>CHAPTER 1</w:t>
      </w:r>
    </w:p>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WHEN EVERY INSTINCT SAYS 'RUN,' STAY ONE SONG LONGER.</w:t>
            </w:r>
          </w:p>
        </w:tc>
      </w:tr>
    </w:tbl>
    <w:p/>
    <w:p>
      <w:pPr>
        <w:jc w:val="center"/>
      </w:pPr>
      <w:r>
        <w:rPr>
          <w:rFonts w:ascii="PT Sans Narrow" w:hAnsi="PT Sans Narrow" w:eastAsia="PT Sans Narrow"/>
          <w:b/>
          <w:sz w:val="18"/>
        </w:rPr>
        <w:t>A NINE-TRANSMISSION MONOLOGUE</w:t>
        <w:br/>
        <w:t>PERFORMED BY SLOWFLOOD</w:t>
      </w:r>
    </w:p>
    <w:p>
      <w:pPr>
        <w:spacing w:before="1900"/>
        <w:jc w:val="center"/>
      </w:pPr>
      <w:r>
        <w:rPr>
          <w:rFonts w:ascii="PT Sans Narrow" w:hAnsi="PT Sans Narrow"/>
          <w:b/>
          <w:sz w:val="14"/>
        </w:rPr>
        <w:t>CH77 // SIGNAL LIVE</w:t>
      </w:r>
    </w:p>
    <w:p>
      <w:r>
        <w:br w:type="page"/>
      </w:r>
    </w:p>
    <w:p>
      <w:pPr>
        <w:pStyle w:val="Label"/>
      </w:pPr>
      <w:r>
        <w:t>FIELD NOTE</w:t>
      </w:r>
    </w:p>
    <w:p>
      <w:pPr>
        <w:pStyle w:val="Heading1"/>
      </w:pPr>
      <w:r>
        <w:t>THIS IS NOT A STORY IN WHICH LOVE BECOMES SAFE.</w:t>
      </w:r>
    </w:p>
    <w:p>
      <w:pPr>
        <w:spacing w:before="20" w:after="60"/>
        <w:pBdr>
          <w:bottom w:val="single" w:sz="18" w:space="1" w:color="000000"/>
        </w:pBdr>
      </w:pPr>
    </w:p>
    <w:p>
      <w:pPr>
        <w:pStyle w:val="Theme"/>
      </w:pPr>
      <w:r>
        <w:rPr>
          <w:b w:val="0"/>
        </w:rPr>
        <w:t>It is not a story in which nobody gets hurt.</w:t>
      </w:r>
    </w:p>
    <w:p>
      <w:pPr>
        <w:pStyle w:val="Theme"/>
      </w:pPr>
      <w:r>
        <w:rPr>
          <w:b w:val="0"/>
        </w:rPr>
        <w:t>It is not a promise that staying will save you.</w:t>
      </w:r>
    </w:p>
    <w:p>
      <w:pPr>
        <w:pStyle w:val="Theme"/>
      </w:pPr>
      <w:r>
        <w:rPr>
          <w:b w:val="0"/>
        </w:rPr>
        <w:t xml:space="preserve">It begins with an offering: </w:t>
      </w:r>
      <w:r>
        <w:rPr>
          <w:b/>
        </w:rPr>
        <w:t>I just want to give you something to believe in.</w:t>
      </w:r>
      <w:r>
        <w:rPr>
          <w:b w:val="0"/>
        </w:rPr>
      </w:r>
    </w:p>
    <w:p>
      <w:pPr>
        <w:pStyle w:val="Theme"/>
      </w:pPr>
      <w:r>
        <w:rPr>
          <w:b w:val="0"/>
        </w:rPr>
        <w:t>From there, belief becomes attachment. Attachment becomes devotion. Devotion survives change. Change becomes distance. Distance becomes unbearable. Language gives way to movement. Fear discovers fire. Fire fails to erase the mark. And finally, something remains bright enough, deep enough, and real enough to make the body shake.</w:t>
      </w:r>
    </w:p>
    <w:p>
      <w:pPr>
        <w:pStyle w:val="Theme"/>
      </w:pPr>
      <w:r>
        <w:rPr>
          <w:b w:val="0"/>
        </w:rPr>
        <w:t xml:space="preserve">The instruction is not </w:t>
      </w:r>
      <w:r>
        <w:rPr>
          <w:b/>
        </w:rPr>
        <w:t>never run</w:t>
      </w:r>
      <w:r>
        <w:rPr>
          <w:b w:val="0"/>
        </w:rPr>
        <w:t>.</w:t>
      </w:r>
    </w:p>
    <w:p>
      <w:pPr>
        <w:pStyle w:val="Theme"/>
      </w:pPr>
      <w:r>
        <w:rPr>
          <w:b w:val="0"/>
        </w:rPr>
        <w:t xml:space="preserve">The instruction is: </w:t>
      </w:r>
      <w:r>
        <w:rPr>
          <w:b/>
        </w:rPr>
        <w:t>Do not let fear be the only thing that knows how the story ends.</w:t>
      </w:r>
      <w:r>
        <w:rPr>
          <w:b w:val="0"/>
        </w:rPr>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INTERFERE WITH DESPAIR</w:t>
            </w:r>
          </w:p>
        </w:tc>
      </w:tr>
    </w:tbl>
    <w:p>
      <w:r>
        <w:br w:type="page"/>
      </w:r>
    </w:p>
    <w:p>
      <w:pPr>
        <w:pStyle w:val="Label"/>
      </w:pPr>
      <w:r>
        <w:t>TRANSMISSION INDEX</w:t>
      </w:r>
    </w:p>
    <w:p>
      <w:pPr>
        <w:pStyle w:val="Heading1"/>
      </w:pPr>
      <w:r>
        <w:t>CHAPTER 1</w:t>
      </w:r>
    </w:p>
    <w:p>
      <w:pPr>
        <w:spacing w:before="20" w:after="60"/>
        <w:pBdr>
          <w:bottom w:val="single" w:sz="18" w:space="1" w:color="000000"/>
        </w:pBdr>
      </w:pPr>
    </w:p>
    <w:p>
      <w:pPr>
        <w:spacing w:after="100"/>
      </w:pPr>
      <w:r>
        <w:rPr>
          <w:rFonts w:ascii="PT Sans Narrow" w:hAnsi="PT Sans Narrow"/>
          <w:b/>
          <w:sz w:val="20"/>
        </w:rPr>
        <w:t xml:space="preserve">01  </w:t>
      </w:r>
      <w:r>
        <w:rPr>
          <w:rFonts w:ascii="PT Sans Narrow" w:hAnsi="PT Sans Narrow"/>
          <w:b/>
          <w:sz w:val="20"/>
        </w:rPr>
        <w:t>SOMETHING TO BELIEVE IN</w:t>
      </w:r>
    </w:p>
    <w:p>
      <w:pPr>
        <w:spacing w:after="100"/>
      </w:pPr>
      <w:r>
        <w:rPr>
          <w:rFonts w:ascii="PT Sans Narrow" w:hAnsi="PT Sans Narrow"/>
          <w:b/>
          <w:sz w:val="20"/>
        </w:rPr>
        <w:t xml:space="preserve">02  </w:t>
      </w:r>
      <w:r>
        <w:rPr>
          <w:rFonts w:ascii="PT Sans Narrow" w:hAnsi="PT Sans Narrow"/>
          <w:b/>
          <w:sz w:val="20"/>
        </w:rPr>
        <w:t>COME CLOSER</w:t>
      </w:r>
    </w:p>
    <w:p>
      <w:pPr>
        <w:spacing w:after="100"/>
      </w:pPr>
      <w:r>
        <w:rPr>
          <w:rFonts w:ascii="PT Sans Narrow" w:hAnsi="PT Sans Narrow"/>
          <w:b/>
          <w:sz w:val="20"/>
        </w:rPr>
        <w:t xml:space="preserve">03  </w:t>
      </w:r>
      <w:r>
        <w:rPr>
          <w:rFonts w:ascii="PT Sans Narrow" w:hAnsi="PT Sans Narrow"/>
          <w:b/>
          <w:sz w:val="20"/>
        </w:rPr>
        <w:t>SAY YES</w:t>
      </w:r>
    </w:p>
    <w:p>
      <w:pPr>
        <w:spacing w:after="100"/>
      </w:pPr>
      <w:r>
        <w:rPr>
          <w:rFonts w:ascii="PT Sans Narrow" w:hAnsi="PT Sans Narrow"/>
          <w:b/>
          <w:sz w:val="20"/>
        </w:rPr>
        <w:t xml:space="preserve">04  </w:t>
      </w:r>
      <w:r>
        <w:rPr>
          <w:rFonts w:ascii="PT Sans Narrow" w:hAnsi="PT Sans Narrow"/>
          <w:b/>
          <w:sz w:val="20"/>
        </w:rPr>
        <w:t>STAY THROUGH THE MIDNIGHT FEAR</w:t>
      </w:r>
    </w:p>
    <w:p>
      <w:pPr>
        <w:spacing w:after="100"/>
      </w:pPr>
      <w:r>
        <w:rPr>
          <w:rFonts w:ascii="PT Sans Narrow" w:hAnsi="PT Sans Narrow"/>
          <w:b/>
          <w:sz w:val="20"/>
        </w:rPr>
        <w:t xml:space="preserve">05  </w:t>
      </w:r>
      <w:r>
        <w:rPr>
          <w:rFonts w:ascii="PT Sans Narrow" w:hAnsi="PT Sans Narrow"/>
          <w:b/>
          <w:sz w:val="20"/>
        </w:rPr>
        <w:t>MISS ME, REMEMBER ME, COME HOME</w:t>
      </w:r>
    </w:p>
    <w:p>
      <w:pPr>
        <w:spacing w:after="100"/>
      </w:pPr>
      <w:r>
        <w:rPr>
          <w:rFonts w:ascii="PT Sans Narrow" w:hAnsi="PT Sans Narrow"/>
          <w:b/>
          <w:sz w:val="20"/>
        </w:rPr>
        <w:t xml:space="preserve">06  </w:t>
      </w:r>
      <w:r>
        <w:rPr>
          <w:rFonts w:ascii="PT Sans Narrow" w:hAnsi="PT Sans Narrow"/>
          <w:b/>
          <w:sz w:val="20"/>
        </w:rPr>
        <w:t>KEEP MOVING</w:t>
      </w:r>
    </w:p>
    <w:p>
      <w:pPr>
        <w:spacing w:after="100"/>
      </w:pPr>
      <w:r>
        <w:rPr>
          <w:rFonts w:ascii="PT Sans Narrow" w:hAnsi="PT Sans Narrow"/>
          <w:b/>
          <w:sz w:val="20"/>
        </w:rPr>
        <w:t xml:space="preserve">07  </w:t>
      </w:r>
      <w:r>
        <w:rPr>
          <w:rFonts w:ascii="PT Sans Narrow" w:hAnsi="PT Sans Narrow"/>
          <w:b/>
          <w:sz w:val="20"/>
        </w:rPr>
        <w:t>RESIST THE IMPULSE TO BURN IT DOWN</w:t>
      </w:r>
    </w:p>
    <w:p>
      <w:pPr>
        <w:spacing w:after="100"/>
      </w:pPr>
      <w:r>
        <w:rPr>
          <w:rFonts w:ascii="PT Sans Narrow" w:hAnsi="PT Sans Narrow"/>
          <w:b/>
          <w:sz w:val="20"/>
        </w:rPr>
        <w:t xml:space="preserve">08  </w:t>
      </w:r>
      <w:r>
        <w:rPr>
          <w:rFonts w:ascii="PT Sans Narrow" w:hAnsi="PT Sans Narrow"/>
          <w:b/>
          <w:sz w:val="20"/>
        </w:rPr>
        <w:t>LET INTENSITY BECOME ECSTASY</w:t>
      </w:r>
    </w:p>
    <w:p>
      <w:pPr>
        <w:spacing w:after="100"/>
      </w:pPr>
      <w:r>
        <w:rPr>
          <w:rFonts w:ascii="PT Sans Narrow" w:hAnsi="PT Sans Narrow"/>
          <w:b/>
          <w:sz w:val="20"/>
        </w:rPr>
        <w:t xml:space="preserve">09  </w:t>
      </w:r>
      <w:r>
        <w:rPr>
          <w:rFonts w:ascii="PT Sans Narrow" w:hAnsi="PT Sans Narrow"/>
          <w:b/>
          <w:sz w:val="20"/>
        </w:rPr>
        <w:t>LOVE BECOMES REAL ENOUGH TO SHAKE YOU</w:t>
      </w:r>
    </w:p>
    <w:p>
      <w:pPr>
        <w:spacing w:before="320"/>
      </w:pPr>
      <w:r>
        <w:rPr>
          <w:rFonts w:ascii="PT Sans Narrow" w:hAnsi="PT Sans Narrow"/>
          <w:b/>
          <w:sz w:val="18"/>
        </w:rPr>
        <w:t>THE SONGS ARE THE TRANSMISSION MEDIUM.</w:t>
        <w:br/>
        <w:t>THE SETLIST PUBLISHES THE MESSAGE.</w:t>
      </w:r>
    </w:p>
    <w:p>
      <w:r>
        <w:br w:type="page"/>
      </w:r>
    </w:p>
    <w:p>
      <w:pPr>
        <w:pStyle w:val="Label"/>
      </w:pPr>
      <w:r>
        <w:t>TRANSMISSION 01  //  TXDO</w:t>
      </w:r>
    </w:p>
    <w:p>
      <w:pPr>
        <w:pStyle w:val="Heading1"/>
      </w:pPr>
      <w:r>
        <w:t>SOMETHING FOR YOU</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SOMETHING TO BELIEVE IN</w:t>
            </w:r>
          </w:p>
        </w:tc>
      </w:tr>
    </w:tbl>
    <w:p>
      <w:pPr>
        <w:spacing w:before="20" w:after="60"/>
        <w:pBdr>
          <w:bottom w:val="single" w:sz="18" w:space="1" w:color="000000"/>
        </w:pBdr>
      </w:pPr>
    </w:p>
    <w:p>
      <w:pPr>
        <w:pStyle w:val="Label"/>
      </w:pPr>
      <w:r>
        <w:t>LYRICS</w:t>
      </w:r>
    </w:p>
    <w:p>
      <w:pPr>
        <w:pStyle w:val="Lyrics"/>
      </w:pPr>
      <w:r>
        <w:t>I just want to give you something to believe in</w:t>
      </w:r>
    </w:p>
    <w:p>
      <w:pPr>
        <w:pStyle w:val="Lyrics"/>
      </w:pPr>
      <w:r>
        <w:t>[unresolved] the air that you breathe in</w:t>
      </w:r>
    </w:p>
    <w:p>
      <w:r>
        <w:br w:type="page"/>
      </w:r>
    </w:p>
    <w:p>
      <w:pPr>
        <w:pStyle w:val="Label"/>
      </w:pPr>
      <w:r>
        <w:t>TRANSMISSION 01  //  TXDO</w:t>
      </w:r>
    </w:p>
    <w:p>
      <w:pPr>
        <w:pStyle w:val="Heading1"/>
      </w:pPr>
      <w:r>
        <w:t>SOMETHING FOR YOU</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SOMETHING TO BELIEVE IN</w:t>
            </w:r>
          </w:p>
        </w:tc>
      </w:tr>
    </w:tbl>
    <w:p>
      <w:pPr>
        <w:spacing w:before="20" w:after="60"/>
        <w:pBdr>
          <w:bottom w:val="single" w:sz="18" w:space="1" w:color="000000"/>
        </w:pBdr>
      </w:pPr>
    </w:p>
    <w:p>
      <w:pPr>
        <w:pStyle w:val="Label"/>
      </w:pPr>
      <w:r>
        <w:t>THE TRANSMISSION</w:t>
      </w:r>
    </w:p>
    <w:p>
      <w:pPr>
        <w:spacing w:before="20" w:after="60"/>
        <w:pBdr>
          <w:bottom w:val="single" w:sz="18" w:space="1" w:color="000000"/>
        </w:pBdr>
      </w:pPr>
    </w:p>
    <w:p>
      <w:pPr>
        <w:pStyle w:val="Theme"/>
      </w:pPr>
      <w:r>
        <w:t xml:space="preserve">This is slowflood addressing the room. Before TEARDROPDRIFT becomes a relationship, before there is closeness or fear or longing or fire, there is simply an offer: </w:t>
      </w:r>
      <w:r>
        <w:rPr>
          <w:b/>
        </w:rPr>
        <w:t>I made something. I want to give it to you.</w:t>
      </w:r>
      <w:r/>
    </w:p>
    <w:p>
      <w:pPr>
        <w:pStyle w:val="Theme"/>
      </w:pPr>
      <w:r>
        <w:t>Not certainty. Not doctrine. Something to believe in.</w:t>
      </w:r>
    </w:p>
    <w:p>
      <w:pPr>
        <w:pStyle w:val="Theme"/>
      </w:pPr>
      <w:r>
        <w:t>The recording itself behaves like disclosure: much of its frequency world is hidden at first, gradually becoming perceptible, then later obscured and restored. The set begins by making belief an act of approach.</w:t>
      </w:r>
    </w:p>
    <w:p>
      <w:pPr>
        <w:pStyle w:val="Theme"/>
      </w:pPr>
      <w:r>
        <w:t>Something exists beyond the obscurity. Stay long enough and it becomes perceptible.</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THE OFFERING</w:t>
            </w:r>
          </w:p>
        </w:tc>
      </w:tr>
    </w:tbl>
    <w:p>
      <w:r>
        <w:br w:type="page"/>
      </w:r>
    </w:p>
    <w:p>
      <w:pPr>
        <w:pStyle w:val="Label"/>
      </w:pPr>
      <w:r>
        <w:t>TRANSMISSION 02  //  stxrless</w:t>
      </w:r>
    </w:p>
    <w:p>
      <w:pPr>
        <w:pStyle w:val="Heading1"/>
      </w:pPr>
      <w:r>
        <w:t>CLOSER</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COME CLOSER</w:t>
            </w:r>
          </w:p>
        </w:tc>
      </w:tr>
    </w:tbl>
    <w:p>
      <w:pPr>
        <w:spacing w:before="20" w:after="60"/>
        <w:pBdr>
          <w:bottom w:val="single" w:sz="18" w:space="1" w:color="000000"/>
        </w:pBdr>
      </w:pPr>
    </w:p>
    <w:p>
      <w:pPr>
        <w:pStyle w:val="Label"/>
      </w:pPr>
      <w:r>
        <w:t>LYRICS</w:t>
      </w:r>
    </w:p>
    <w:p>
      <w:pPr>
        <w:pStyle w:val="Lyrics"/>
      </w:pPr>
      <w:r>
        <w:t>You saw me in a dark room all alone</w:t>
      </w:r>
    </w:p>
    <w:p>
      <w:pPr>
        <w:pStyle w:val="Lyrics"/>
      </w:pPr>
      <w:r>
        <w:t>you found me when I thought that I was on my own</w:t>
      </w:r>
    </w:p>
    <w:p>
      <w:pPr>
        <w:pStyle w:val="Lyrics"/>
      </w:pPr>
      <w:r>
        <w:t>now you got me feeling high never put me down</w:t>
      </w:r>
    </w:p>
    <w:p>
      <w:pPr>
        <w:pStyle w:val="Lyrics"/>
      </w:pPr>
      <w:r>
        <w:t>now I got you on my mind there’s no getting out</w:t>
      </w:r>
    </w:p>
    <w:p>
      <w:pPr>
        <w:pStyle w:val="Lyrics"/>
      </w:pPr>
      <w:r/>
    </w:p>
    <w:p>
      <w:pPr>
        <w:pStyle w:val="Lyrics"/>
      </w:pPr>
      <w:r>
        <w:t>Tell me you’ll stay, tell me you’ll stay</w:t>
      </w:r>
    </w:p>
    <w:p>
      <w:pPr>
        <w:pStyle w:val="Lyrics"/>
      </w:pPr>
      <w:r>
        <w:t>or we can runaway</w:t>
      </w:r>
    </w:p>
    <w:p>
      <w:pPr>
        <w:pStyle w:val="Lyrics"/>
      </w:pPr>
      <w:r/>
    </w:p>
    <w:p>
      <w:pPr>
        <w:pStyle w:val="Lyrics"/>
      </w:pPr>
      <w:r>
        <w:t>Tell me you’ll stay, tell me you’ll stay</w:t>
      </w:r>
    </w:p>
    <w:p>
      <w:pPr>
        <w:pStyle w:val="Lyrics"/>
      </w:pPr>
      <w:r>
        <w:t>and that you found a way to hold me</w:t>
      </w:r>
    </w:p>
    <w:p>
      <w:pPr>
        <w:pStyle w:val="Lyrics"/>
      </w:pPr>
      <w:r/>
    </w:p>
    <w:p>
      <w:pPr>
        <w:pStyle w:val="Lyrics"/>
      </w:pPr>
      <w:r>
        <w:t>Closer (to hold me, to hold me)</w:t>
      </w:r>
    </w:p>
    <w:p>
      <w:pPr>
        <w:pStyle w:val="Lyrics"/>
      </w:pPr>
      <w:r>
        <w:t>Closer (to hold me, to hold me)</w:t>
      </w:r>
    </w:p>
    <w:p>
      <w:pPr>
        <w:pStyle w:val="Lyrics"/>
      </w:pPr>
      <w:r/>
    </w:p>
    <w:p>
      <w:pPr>
        <w:pStyle w:val="Lyrics"/>
      </w:pPr>
      <w:r>
        <w:t>You take all the wrongs I’ve got and make ’em alright</w:t>
      </w:r>
    </w:p>
    <w:p>
      <w:pPr>
        <w:pStyle w:val="Lyrics"/>
      </w:pPr>
      <w:r>
        <w:t>let’s make this forever and not just for tonight (hold me)</w:t>
      </w:r>
    </w:p>
    <w:p>
      <w:pPr>
        <w:pStyle w:val="Lyrics"/>
      </w:pPr>
      <w:r/>
    </w:p>
    <w:p>
      <w:pPr>
        <w:pStyle w:val="Lyrics"/>
      </w:pPr>
      <w:r>
        <w:t>Closer (to hold me, to hold me)</w:t>
      </w:r>
    </w:p>
    <w:p>
      <w:pPr>
        <w:pStyle w:val="Lyrics"/>
      </w:pPr>
      <w:r/>
    </w:p>
    <w:p>
      <w:pPr>
        <w:pStyle w:val="Lyrics"/>
      </w:pPr>
      <w:r>
        <w:t>You take all the wrongs I’ve got and make ’em alright</w:t>
      </w:r>
    </w:p>
    <w:p>
      <w:pPr>
        <w:pStyle w:val="Lyrics"/>
      </w:pPr>
      <w:r>
        <w:t>let’s make this forever and not just for tonight (hold me)</w:t>
      </w:r>
    </w:p>
    <w:p>
      <w:pPr>
        <w:pStyle w:val="Lyrics"/>
      </w:pPr>
      <w:r/>
    </w:p>
    <w:p>
      <w:pPr>
        <w:pStyle w:val="Lyrics"/>
      </w:pPr>
      <w:r>
        <w:t>Closer (to hold me, to hold me)</w:t>
      </w:r>
    </w:p>
    <w:p>
      <w:pPr>
        <w:pStyle w:val="Lyrics"/>
      </w:pPr>
      <w:r/>
    </w:p>
    <w:p>
      <w:pPr>
        <w:pStyle w:val="Lyrics"/>
      </w:pPr>
      <w:r>
        <w:t>I’ve opened up my eyes I can see the truth</w:t>
      </w:r>
    </w:p>
    <w:p>
      <w:pPr>
        <w:pStyle w:val="Lyrics"/>
      </w:pPr>
      <w:r>
        <w:t>and every single light is guiding me to you</w:t>
      </w:r>
    </w:p>
    <w:p>
      <w:pPr>
        <w:pStyle w:val="Lyrics"/>
      </w:pPr>
      <w:r>
        <w:t>you buried all my lows now they’re underground</w:t>
      </w:r>
    </w:p>
    <w:p>
      <w:pPr>
        <w:pStyle w:val="Lyrics"/>
      </w:pPr>
      <w:r>
        <w:t>but I can’t stop these feelings from getting out</w:t>
      </w:r>
    </w:p>
    <w:p>
      <w:pPr>
        <w:pStyle w:val="Lyrics"/>
      </w:pPr>
      <w:r/>
    </w:p>
    <w:p>
      <w:pPr>
        <w:pStyle w:val="Lyrics"/>
      </w:pPr>
      <w:r>
        <w:t>Tell me you’ll stay, tell me you’ll stay</w:t>
      </w:r>
    </w:p>
    <w:p>
      <w:pPr>
        <w:pStyle w:val="Lyrics"/>
      </w:pPr>
      <w:r>
        <w:t>or we can runaway</w:t>
      </w:r>
    </w:p>
    <w:p>
      <w:pPr>
        <w:pStyle w:val="Lyrics"/>
      </w:pPr>
      <w:r/>
    </w:p>
    <w:p>
      <w:pPr>
        <w:pStyle w:val="Lyrics"/>
      </w:pPr>
      <w:r>
        <w:t>Tell me you’ll stay, tell me you’ll stay</w:t>
      </w:r>
    </w:p>
    <w:p>
      <w:pPr>
        <w:pStyle w:val="Lyrics"/>
      </w:pPr>
      <w:r>
        <w:t>and that you found a way to hold me</w:t>
      </w:r>
    </w:p>
    <w:p>
      <w:pPr>
        <w:pStyle w:val="Lyrics"/>
      </w:pPr>
      <w:r/>
    </w:p>
    <w:p>
      <w:pPr>
        <w:pStyle w:val="Lyrics"/>
      </w:pPr>
      <w:r>
        <w:t>Closer (to hold me, to hold me)</w:t>
      </w:r>
    </w:p>
    <w:p>
      <w:pPr>
        <w:pStyle w:val="Lyrics"/>
      </w:pPr>
      <w:r>
        <w:t>Closer (to hold me, to hold me)</w:t>
      </w:r>
    </w:p>
    <w:p>
      <w:pPr>
        <w:pStyle w:val="Lyrics"/>
      </w:pPr>
      <w:r/>
    </w:p>
    <w:p>
      <w:pPr>
        <w:pStyle w:val="Lyrics"/>
      </w:pPr>
      <w:r>
        <w:t>You take all the wrongs I’ve got and make ’em alright</w:t>
      </w:r>
    </w:p>
    <w:p>
      <w:pPr>
        <w:pStyle w:val="Lyrics"/>
      </w:pPr>
      <w:r>
        <w:t>let’s make this forever and not just for tonight (hold me)</w:t>
      </w:r>
    </w:p>
    <w:p>
      <w:pPr>
        <w:pStyle w:val="Lyrics"/>
      </w:pPr>
      <w:r/>
    </w:p>
    <w:p>
      <w:pPr>
        <w:pStyle w:val="Lyrics"/>
      </w:pPr>
      <w:r>
        <w:t>Closer (to hold me, to hold me)</w:t>
      </w:r>
    </w:p>
    <w:p>
      <w:pPr>
        <w:pStyle w:val="Lyrics"/>
      </w:pPr>
      <w:r/>
    </w:p>
    <w:p>
      <w:pPr>
        <w:pStyle w:val="Lyrics"/>
      </w:pPr>
      <w:r>
        <w:t>You take all the wrongs I’ve got and make ’em alright</w:t>
      </w:r>
    </w:p>
    <w:p>
      <w:pPr>
        <w:pStyle w:val="Lyrics"/>
      </w:pPr>
      <w:r>
        <w:t>let’s make this forever and not just for tonight (hold me)</w:t>
      </w:r>
    </w:p>
    <w:p>
      <w:pPr>
        <w:pStyle w:val="Lyrics"/>
      </w:pPr>
      <w:r/>
    </w:p>
    <w:p>
      <w:pPr>
        <w:pStyle w:val="Lyrics"/>
      </w:pPr>
      <w:r>
        <w:t>Closer (to hold me, to hold me)</w:t>
      </w:r>
    </w:p>
    <w:p>
      <w:r>
        <w:br w:type="page"/>
      </w:r>
    </w:p>
    <w:p>
      <w:pPr>
        <w:pStyle w:val="Label"/>
      </w:pPr>
      <w:r>
        <w:t>TRANSMISSION 02  //  stxrless</w:t>
      </w:r>
    </w:p>
    <w:p>
      <w:pPr>
        <w:pStyle w:val="Heading1"/>
      </w:pPr>
      <w:r>
        <w:t>CLOSER</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COME CLOSER</w:t>
            </w:r>
          </w:p>
        </w:tc>
      </w:tr>
    </w:tbl>
    <w:p>
      <w:pPr>
        <w:spacing w:before="20" w:after="60"/>
        <w:pBdr>
          <w:bottom w:val="single" w:sz="18" w:space="1" w:color="000000"/>
        </w:pBdr>
      </w:pPr>
    </w:p>
    <w:p>
      <w:pPr>
        <w:pStyle w:val="Label"/>
      </w:pPr>
      <w:r>
        <w:t>THE TRANSMISSION</w:t>
      </w:r>
    </w:p>
    <w:p>
      <w:pPr>
        <w:spacing w:before="20" w:after="60"/>
        <w:pBdr>
          <w:bottom w:val="single" w:sz="18" w:space="1" w:color="000000"/>
        </w:pBdr>
      </w:pPr>
    </w:p>
    <w:p>
      <w:pPr>
        <w:pStyle w:val="Theme"/>
      </w:pPr>
      <w:r>
        <w:t>The offering has been accepted. Now distance matters.</w:t>
      </w:r>
    </w:p>
    <w:p>
      <w:pPr>
        <w:pStyle w:val="Theme"/>
      </w:pPr>
      <w:r/>
      <w:r>
        <w:rPr>
          <w:b/>
        </w:rPr>
        <w:t>Stay. Hold me. Closer.</w:t>
      </w:r>
      <w:r>
        <w:t xml:space="preserve"> The other person’s continued presence has become important enough that separation is frightening.</w:t>
      </w:r>
    </w:p>
    <w:p>
      <w:pPr>
        <w:pStyle w:val="Theme"/>
      </w:pPr>
      <w:r>
        <w:t xml:space="preserve">The critical word is </w:t>
      </w:r>
      <w:r>
        <w:rPr>
          <w:b/>
        </w:rPr>
        <w:t>forever</w:t>
      </w:r>
      <w:r>
        <w:t>. At this stage, TEARDROPDRIFT still allows itself to imagine that love might become safe by becoming permanent.</w:t>
      </w:r>
    </w:p>
    <w:p>
      <w:pPr>
        <w:pStyle w:val="Theme"/>
      </w:pPr>
      <w:r>
        <w:t>If you stay close enough, perhaps nothing can change. That belief will not survive the chapter intact.</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ATTACHMENT</w:t>
            </w:r>
          </w:p>
        </w:tc>
      </w:tr>
    </w:tbl>
    <w:p>
      <w:r>
        <w:br w:type="page"/>
      </w:r>
    </w:p>
    <w:p>
      <w:pPr>
        <w:pStyle w:val="Label"/>
      </w:pPr>
      <w:r>
        <w:t>TRANSMISSION 03  //  Sadisme</w:t>
      </w:r>
    </w:p>
    <w:p>
      <w:pPr>
        <w:pStyle w:val="Heading1"/>
      </w:pPr>
      <w:r>
        <w:t>YES TO HEAVEN</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SAY YES</w:t>
            </w:r>
          </w:p>
        </w:tc>
      </w:tr>
    </w:tbl>
    <w:p>
      <w:pPr>
        <w:spacing w:before="20" w:after="60"/>
        <w:pBdr>
          <w:bottom w:val="single" w:sz="18" w:space="1" w:color="000000"/>
        </w:pBdr>
      </w:pPr>
    </w:p>
    <w:p>
      <w:pPr>
        <w:pStyle w:val="Label"/>
      </w:pPr>
      <w:r>
        <w:t>LYRICS</w:t>
      </w:r>
    </w:p>
    <w:p>
      <w:pPr>
        <w:pStyle w:val="Lyrics"/>
      </w:pPr>
      <w:r>
        <w:t>If you dance, I’ll dance</w:t>
      </w:r>
    </w:p>
    <w:p>
      <w:pPr>
        <w:pStyle w:val="Lyrics"/>
      </w:pPr>
      <w:r>
        <w:t>And if you don’t, I’ll dance anyway</w:t>
      </w:r>
    </w:p>
    <w:p>
      <w:pPr>
        <w:pStyle w:val="Lyrics"/>
      </w:pPr>
      <w:r>
        <w:t>Give peace a chance</w:t>
      </w:r>
    </w:p>
    <w:p>
      <w:pPr>
        <w:pStyle w:val="Lyrics"/>
      </w:pPr>
      <w:r>
        <w:t>Let the fear you have fall away</w:t>
      </w:r>
    </w:p>
    <w:p>
      <w:pPr>
        <w:pStyle w:val="Lyrics"/>
      </w:pPr>
      <w:r/>
    </w:p>
    <w:p>
      <w:pPr>
        <w:pStyle w:val="Lyrics"/>
      </w:pPr>
      <w:r>
        <w:t>Say yes to heaven</w:t>
      </w:r>
    </w:p>
    <w:p>
      <w:pPr>
        <w:pStyle w:val="Lyrics"/>
      </w:pPr>
      <w:r>
        <w:t>Let the fear you have fall away</w:t>
      </w:r>
    </w:p>
    <w:p>
      <w:pPr>
        <w:pStyle w:val="Lyrics"/>
      </w:pPr>
      <w:r>
        <w:t>Say yes to me</w:t>
      </w:r>
    </w:p>
    <w:p>
      <w:pPr>
        <w:pStyle w:val="Lyrics"/>
      </w:pPr>
      <w:r>
        <w:t>Say yes to heaven</w:t>
      </w:r>
    </w:p>
    <w:p>
      <w:pPr>
        <w:pStyle w:val="Lyrics"/>
      </w:pPr>
      <w:r>
        <w:t>Let the fear you have fall away</w:t>
      </w:r>
    </w:p>
    <w:p>
      <w:pPr>
        <w:pStyle w:val="Lyrics"/>
      </w:pPr>
      <w:r>
        <w:t>Say yes to me</w:t>
      </w:r>
    </w:p>
    <w:p>
      <w:pPr>
        <w:pStyle w:val="Lyrics"/>
      </w:pPr>
      <w:r/>
    </w:p>
    <w:p>
      <w:pPr>
        <w:pStyle w:val="Lyrics"/>
      </w:pPr>
      <w:r>
        <w:t>If you go, I’ll stay</w:t>
      </w:r>
    </w:p>
    <w:p>
      <w:pPr>
        <w:pStyle w:val="Lyrics"/>
      </w:pPr>
      <w:r>
        <w:t>You come back, I’ll be right here</w:t>
      </w:r>
    </w:p>
    <w:p>
      <w:pPr>
        <w:pStyle w:val="Lyrics"/>
      </w:pPr>
      <w:r>
        <w:t>Like a barge at sea</w:t>
      </w:r>
    </w:p>
    <w:p>
      <w:pPr>
        <w:pStyle w:val="Lyrics"/>
      </w:pPr>
      <w:r>
        <w:t>In the storm, I stay clear</w:t>
      </w:r>
    </w:p>
    <w:p>
      <w:pPr>
        <w:pStyle w:val="Lyrics"/>
      </w:pPr>
      <w:r>
        <w:t>I got my eyes on you</w:t>
      </w:r>
    </w:p>
    <w:p>
      <w:pPr>
        <w:pStyle w:val="Lyrics"/>
      </w:pPr>
      <w:r/>
    </w:p>
    <w:p>
      <w:pPr>
        <w:pStyle w:val="Lyrics"/>
      </w:pPr>
      <w:r>
        <w:t>Say yes to heaven</w:t>
      </w:r>
    </w:p>
    <w:p>
      <w:pPr>
        <w:pStyle w:val="Lyrics"/>
      </w:pPr>
      <w:r>
        <w:t>Let the fear you have fall away</w:t>
      </w:r>
    </w:p>
    <w:p>
      <w:pPr>
        <w:pStyle w:val="Lyrics"/>
      </w:pPr>
      <w:r>
        <w:t>Say yes to me</w:t>
      </w:r>
    </w:p>
    <w:p>
      <w:pPr>
        <w:pStyle w:val="Lyrics"/>
      </w:pPr>
      <w:r>
        <w:t>Say yes to heaven</w:t>
      </w:r>
    </w:p>
    <w:p>
      <w:pPr>
        <w:pStyle w:val="Lyrics"/>
      </w:pPr>
      <w:r>
        <w:t>Let the fear you have fall away</w:t>
      </w:r>
    </w:p>
    <w:p>
      <w:pPr>
        <w:pStyle w:val="Lyrics"/>
      </w:pPr>
      <w:r>
        <w:t>Say yes to me</w:t>
      </w:r>
    </w:p>
    <w:p>
      <w:pPr>
        <w:pStyle w:val="Lyrics"/>
      </w:pPr>
      <w:r>
        <w:t>I got my eyes on you</w:t>
      </w:r>
    </w:p>
    <w:p>
      <w:pPr>
        <w:pStyle w:val="Lyrics"/>
      </w:pPr>
      <w:r/>
    </w:p>
    <w:p>
      <w:pPr>
        <w:pStyle w:val="Lyrics"/>
      </w:pPr>
      <w:r>
        <w:t>If you dance, I’ll dance</w:t>
      </w:r>
    </w:p>
    <w:p>
      <w:pPr>
        <w:pStyle w:val="Lyrics"/>
      </w:pPr>
      <w:r>
        <w:t>I’ll put my red dress on again</w:t>
      </w:r>
    </w:p>
    <w:p>
      <w:pPr>
        <w:pStyle w:val="Lyrics"/>
      </w:pPr>
      <w:r>
        <w:t>And if you fight, I’ll fight</w:t>
      </w:r>
    </w:p>
    <w:p>
      <w:pPr>
        <w:pStyle w:val="Lyrics"/>
      </w:pPr>
      <w:r>
        <w:t>It doesn’t matter, now it’s all gone</w:t>
      </w:r>
    </w:p>
    <w:p>
      <w:r>
        <w:br w:type="page"/>
      </w:r>
    </w:p>
    <w:p>
      <w:pPr>
        <w:pStyle w:val="Label"/>
      </w:pPr>
      <w:r>
        <w:t>TRANSMISSION 03  //  Sadisme</w:t>
      </w:r>
    </w:p>
    <w:p>
      <w:pPr>
        <w:pStyle w:val="Heading1"/>
      </w:pPr>
      <w:r>
        <w:t>YES TO HEAVEN</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SAY YES</w:t>
            </w:r>
          </w:p>
        </w:tc>
      </w:tr>
    </w:tbl>
    <w:p>
      <w:pPr>
        <w:spacing w:before="20" w:after="60"/>
        <w:pBdr>
          <w:bottom w:val="single" w:sz="18" w:space="1" w:color="000000"/>
        </w:pBdr>
      </w:pPr>
    </w:p>
    <w:p>
      <w:pPr>
        <w:pStyle w:val="Label"/>
      </w:pPr>
      <w:r>
        <w:t>THE TRANSMISSION</w:t>
      </w:r>
    </w:p>
    <w:p>
      <w:pPr>
        <w:spacing w:before="20" w:after="60"/>
        <w:pBdr>
          <w:bottom w:val="single" w:sz="18" w:space="1" w:color="000000"/>
        </w:pBdr>
      </w:pPr>
    </w:p>
    <w:p>
      <w:pPr>
        <w:pStyle w:val="Theme"/>
      </w:pPr>
      <w:r>
        <w:t>This is the first important correction to the attachment of Track 2.</w:t>
      </w:r>
    </w:p>
    <w:p>
      <w:pPr>
        <w:pStyle w:val="Theme"/>
      </w:pPr>
      <w:r/>
      <w:r>
        <w:rPr>
          <w:b/>
        </w:rPr>
        <w:t>If you don’t, I’ll dance anyway.</w:t>
      </w:r>
      <w:r>
        <w:t xml:space="preserve"> Wanting someone does not require disappearing into them.</w:t>
      </w:r>
    </w:p>
    <w:p>
      <w:pPr>
        <w:pStyle w:val="Theme"/>
      </w:pPr>
      <w:r/>
      <w:r>
        <w:rPr>
          <w:b/>
        </w:rPr>
        <w:t>If you go, I’ll stay.</w:t>
      </w:r>
      <w:r>
        <w:t xml:space="preserve"> This is devotion with a center of gravity. The invitation remains enormous - say yes to me - but the speaker does not threaten to cease existing if the answer is no.</w:t>
      </w:r>
    </w:p>
    <w:p>
      <w:pPr>
        <w:pStyle w:val="Theme"/>
      </w:pPr>
      <w:r>
        <w:t>Love can be chosen fully. The girl still dances.</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DEVOTION WITHOUT CAPTIVITY</w:t>
            </w:r>
          </w:p>
        </w:tc>
      </w:tr>
    </w:tbl>
    <w:p>
      <w:r>
        <w:br w:type="page"/>
      </w:r>
    </w:p>
    <w:p>
      <w:pPr>
        <w:pStyle w:val="Label"/>
      </w:pPr>
      <w:r>
        <w:t>TRANSMISSION 04  //  supwel</w:t>
      </w:r>
    </w:p>
    <w:p>
      <w:pPr>
        <w:pStyle w:val="Heading1"/>
      </w:pPr>
      <w:r>
        <w:t>MIDNIGHT</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STAY THROUGH THE MIDNIGHT FEAR</w:t>
            </w:r>
          </w:p>
        </w:tc>
      </w:tr>
    </w:tbl>
    <w:p>
      <w:pPr>
        <w:spacing w:before="20" w:after="60"/>
        <w:pBdr>
          <w:bottom w:val="single" w:sz="18" w:space="1" w:color="000000"/>
        </w:pBdr>
      </w:pPr>
    </w:p>
    <w:p>
      <w:pPr>
        <w:pStyle w:val="Label"/>
      </w:pPr>
      <w:r>
        <w:t>LYRICS</w:t>
      </w:r>
    </w:p>
    <w:p>
      <w:pPr>
        <w:pStyle w:val="Lyrics"/>
      </w:pPr>
      <w:r>
        <w:t>You feel like [unresolved] slow motion</w:t>
      </w:r>
    </w:p>
    <w:p>
      <w:pPr>
        <w:pStyle w:val="Lyrics"/>
      </w:pPr>
      <w:r>
        <w:t>[unresolved]</w:t>
      </w:r>
    </w:p>
    <w:p>
      <w:pPr>
        <w:pStyle w:val="Lyrics"/>
      </w:pPr>
      <w:r/>
    </w:p>
    <w:p>
      <w:pPr>
        <w:pStyle w:val="Lyrics"/>
      </w:pPr>
      <w:r>
        <w:t>Every time I get too far now</w:t>
      </w:r>
    </w:p>
    <w:p>
      <w:pPr>
        <w:pStyle w:val="Lyrics"/>
      </w:pPr>
      <w:r>
        <w:t>you still pull me back to sane</w:t>
      </w:r>
    </w:p>
    <w:p>
      <w:pPr>
        <w:pStyle w:val="Lyrics"/>
      </w:pPr>
      <w:r/>
    </w:p>
    <w:p>
      <w:pPr>
        <w:pStyle w:val="Lyrics"/>
      </w:pPr>
      <w:r>
        <w:t>Feel like [unresolved] midnight</w:t>
      </w:r>
    </w:p>
    <w:p>
      <w:pPr>
        <w:pStyle w:val="Lyrics"/>
      </w:pPr>
      <w:r>
        <w:t>like a wave I’m falling through</w:t>
      </w:r>
    </w:p>
    <w:p>
      <w:pPr>
        <w:pStyle w:val="Lyrics"/>
      </w:pPr>
      <w:r>
        <w:t>and no matter where the night goes</w:t>
      </w:r>
    </w:p>
    <w:p>
      <w:pPr>
        <w:pStyle w:val="Lyrics"/>
      </w:pPr>
      <w:r>
        <w:t>part of me stays close to you</w:t>
      </w:r>
    </w:p>
    <w:p>
      <w:pPr>
        <w:pStyle w:val="Lyrics"/>
      </w:pPr>
      <w:r/>
    </w:p>
    <w:p>
      <w:pPr>
        <w:pStyle w:val="Lyrics"/>
      </w:pPr>
      <w:r>
        <w:t>[unresolved]</w:t>
      </w:r>
    </w:p>
    <w:p>
      <w:pPr>
        <w:pStyle w:val="Lyrics"/>
      </w:pPr>
      <w:r/>
    </w:p>
    <w:p>
      <w:pPr>
        <w:pStyle w:val="Lyrics"/>
      </w:pPr>
      <w:r>
        <w:t>Every second feels suspended</w:t>
      </w:r>
    </w:p>
    <w:p>
      <w:pPr>
        <w:pStyle w:val="Lyrics"/>
      </w:pPr>
      <w:r>
        <w:t>like a dream I’m drifting through</w:t>
      </w:r>
    </w:p>
    <w:p>
      <w:pPr>
        <w:pStyle w:val="Lyrics"/>
      </w:pPr>
      <w:r/>
    </w:p>
    <w:p>
      <w:pPr>
        <w:pStyle w:val="Lyrics"/>
      </w:pPr>
      <w:r>
        <w:t>Your voice soft against the silence</w:t>
      </w:r>
    </w:p>
    <w:p>
      <w:pPr>
        <w:pStyle w:val="Lyrics"/>
      </w:pPr>
      <w:r>
        <w:t>like it’s pulling me beneath</w:t>
      </w:r>
    </w:p>
    <w:p>
      <w:pPr>
        <w:pStyle w:val="Lyrics"/>
      </w:pPr>
      <w:r/>
    </w:p>
    <w:p>
      <w:pPr>
        <w:pStyle w:val="Lyrics"/>
      </w:pPr>
      <w:r>
        <w:t>Every little touch between us</w:t>
      </w:r>
    </w:p>
    <w:p>
      <w:pPr>
        <w:pStyle w:val="Lyrics"/>
      </w:pPr>
      <w:r>
        <w:t>feels too good to leave</w:t>
      </w:r>
    </w:p>
    <w:p>
      <w:pPr>
        <w:pStyle w:val="Lyrics"/>
      </w:pPr>
      <w:r/>
    </w:p>
    <w:p>
      <w:pPr>
        <w:pStyle w:val="Lyrics"/>
      </w:pPr>
      <w:r>
        <w:t>And I know nothing ever stays the same</w:t>
      </w:r>
    </w:p>
    <w:p>
      <w:pPr>
        <w:pStyle w:val="Lyrics"/>
      </w:pPr>
      <w:r>
        <w:t>but your love still runs through me like rain</w:t>
      </w:r>
    </w:p>
    <w:p>
      <w:r>
        <w:br w:type="page"/>
      </w:r>
    </w:p>
    <w:p>
      <w:pPr>
        <w:pStyle w:val="Label"/>
      </w:pPr>
      <w:r>
        <w:t>TRANSMISSION 04  //  supwel</w:t>
      </w:r>
    </w:p>
    <w:p>
      <w:pPr>
        <w:pStyle w:val="Heading1"/>
      </w:pPr>
      <w:r>
        <w:t>MIDNIGHT</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STAY THROUGH THE MIDNIGHT FEAR</w:t>
            </w:r>
          </w:p>
        </w:tc>
      </w:tr>
    </w:tbl>
    <w:p>
      <w:pPr>
        <w:spacing w:before="20" w:after="60"/>
        <w:pBdr>
          <w:bottom w:val="single" w:sz="18" w:space="1" w:color="000000"/>
        </w:pBdr>
      </w:pPr>
    </w:p>
    <w:p>
      <w:pPr>
        <w:pStyle w:val="Label"/>
      </w:pPr>
      <w:r>
        <w:t>THE TRANSMISSION</w:t>
      </w:r>
    </w:p>
    <w:p>
      <w:pPr>
        <w:spacing w:before="20" w:after="60"/>
        <w:pBdr>
          <w:bottom w:val="single" w:sz="18" w:space="1" w:color="000000"/>
        </w:pBdr>
      </w:pPr>
    </w:p>
    <w:p>
      <w:pPr>
        <w:pStyle w:val="Theme"/>
      </w:pPr>
      <w:r>
        <w:t>Here TEARDROPDRIFT loses its innocence.</w:t>
      </w:r>
    </w:p>
    <w:p>
      <w:pPr>
        <w:pStyle w:val="Theme"/>
      </w:pPr>
      <w:r>
        <w:t xml:space="preserve">Track 2 said: </w:t>
      </w:r>
      <w:r>
        <w:rPr>
          <w:b/>
        </w:rPr>
        <w:t>Let’s make this forever.</w:t>
      </w:r>
      <w:r>
        <w:t xml:space="preserve"> Track 4 answers: </w:t>
      </w:r>
      <w:r>
        <w:rPr>
          <w:b/>
        </w:rPr>
        <w:t>Nothing ever stays the same.</w:t>
      </w:r>
      <w:r/>
    </w:p>
    <w:p>
      <w:pPr>
        <w:pStyle w:val="Theme"/>
      </w:pPr>
      <w:r>
        <w:t>That is not cynicism. It is the first mature recognition that permanence and meaning are not the same thing.</w:t>
      </w:r>
    </w:p>
    <w:p>
      <w:pPr>
        <w:pStyle w:val="Theme"/>
      </w:pPr>
      <w:r>
        <w:t xml:space="preserve">The beloved is contradictory: </w:t>
      </w:r>
      <w:r>
        <w:rPr>
          <w:b/>
        </w:rPr>
        <w:t>you pull me back to sane</w:t>
      </w:r>
      <w:r>
        <w:t xml:space="preserve"> and </w:t>
      </w:r>
      <w:r>
        <w:rPr>
          <w:b/>
        </w:rPr>
        <w:t>your voice is pulling me beneath</w:t>
      </w:r>
      <w:r>
        <w:t>. Anchor and undertow. Regulation and surrender.</w:t>
      </w:r>
    </w:p>
    <w:p>
      <w:pPr>
        <w:pStyle w:val="Theme"/>
      </w:pPr>
      <w:r>
        <w:t>Nothing stays fixed. Something remains.</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ENTANGLEMENT</w:t>
            </w:r>
          </w:p>
        </w:tc>
      </w:tr>
    </w:tbl>
    <w:p>
      <w:r>
        <w:br w:type="page"/>
      </w:r>
    </w:p>
    <w:p>
      <w:pPr>
        <w:pStyle w:val="Label"/>
      </w:pPr>
      <w:r>
        <w:t>TRANSMISSION 05  //  PHNK</w:t>
      </w:r>
    </w:p>
    <w:p>
      <w:pPr>
        <w:pStyle w:val="Heading1"/>
      </w:pPr>
      <w:r>
        <w:t>MARILYN MONROE</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MISS ME, REMEMBER ME, COME HOME</w:t>
            </w:r>
          </w:p>
        </w:tc>
      </w:tr>
    </w:tbl>
    <w:p>
      <w:pPr>
        <w:spacing w:before="20" w:after="60"/>
        <w:pBdr>
          <w:bottom w:val="single" w:sz="18" w:space="1" w:color="000000"/>
        </w:pBdr>
      </w:pPr>
    </w:p>
    <w:p>
      <w:pPr>
        <w:pStyle w:val="Label"/>
      </w:pPr>
      <w:r>
        <w:t>LYRICS</w:t>
      </w:r>
    </w:p>
    <w:p>
      <w:pPr>
        <w:pStyle w:val="Lyrics"/>
      </w:pPr>
      <w:r>
        <w:t>When I met you</w:t>
      </w:r>
    </w:p>
    <w:p>
      <w:pPr>
        <w:pStyle w:val="Lyrics"/>
      </w:pPr>
      <w:r>
        <w:t>It felt like we were one</w:t>
      </w:r>
    </w:p>
    <w:p>
      <w:pPr>
        <w:pStyle w:val="Lyrics"/>
      </w:pPr>
      <w:r>
        <w:t>Twin souls living worlds apart</w:t>
      </w:r>
    </w:p>
    <w:p>
      <w:pPr>
        <w:pStyle w:val="Lyrics"/>
      </w:pPr>
      <w:r>
        <w:t>When I loved you</w:t>
      </w:r>
    </w:p>
    <w:p>
      <w:pPr>
        <w:pStyle w:val="Lyrics"/>
      </w:pPr>
      <w:r>
        <w:t>Oh, it felt like the two of us</w:t>
      </w:r>
    </w:p>
    <w:p>
      <w:pPr>
        <w:pStyle w:val="Lyrics"/>
      </w:pPr>
      <w:r>
        <w:t>Found the world in each other’s arms</w:t>
      </w:r>
    </w:p>
    <w:p>
      <w:pPr>
        <w:pStyle w:val="Lyrics"/>
      </w:pPr>
      <w:r>
        <w:t>I wanna be where you are</w:t>
      </w:r>
    </w:p>
    <w:p>
      <w:pPr>
        <w:pStyle w:val="Lyrics"/>
      </w:pPr>
      <w:r>
        <w:t>With every moment gone</w:t>
      </w:r>
    </w:p>
    <w:p>
      <w:pPr>
        <w:pStyle w:val="Lyrics"/>
      </w:pPr>
      <w:r>
        <w:t>The deeper we fall</w:t>
      </w:r>
    </w:p>
    <w:p>
      <w:pPr>
        <w:pStyle w:val="Lyrics"/>
      </w:pPr>
      <w:r>
        <w:t>Lost in a maze of thought</w:t>
      </w:r>
    </w:p>
    <w:p>
      <w:pPr>
        <w:pStyle w:val="Lyrics"/>
      </w:pPr>
      <w:r>
        <w:t>Waiting for a call</w:t>
      </w:r>
    </w:p>
    <w:p>
      <w:pPr>
        <w:pStyle w:val="Lyrics"/>
      </w:pPr>
      <w:r>
        <w:t>The distance gets heavy</w:t>
      </w:r>
    </w:p>
    <w:p>
      <w:pPr>
        <w:pStyle w:val="Lyrics"/>
      </w:pPr>
      <w:r>
        <w:t>With every new low</w:t>
      </w:r>
    </w:p>
    <w:p>
      <w:pPr>
        <w:pStyle w:val="Lyrics"/>
      </w:pPr>
      <w:r>
        <w:t>Alone in a cold bed</w:t>
      </w:r>
    </w:p>
    <w:p>
      <w:pPr>
        <w:pStyle w:val="Lyrics"/>
      </w:pPr>
      <w:r>
        <w:t>I miss you and you know that</w:t>
      </w:r>
    </w:p>
    <w:p>
      <w:pPr>
        <w:pStyle w:val="Lyrics"/>
      </w:pPr>
      <w:r>
        <w:t>I need you to come back home</w:t>
      </w:r>
    </w:p>
    <w:p>
      <w:pPr>
        <w:pStyle w:val="Lyrics"/>
      </w:pPr>
      <w:r>
        <w:t>Home</w:t>
      </w:r>
    </w:p>
    <w:p>
      <w:pPr>
        <w:pStyle w:val="Lyrics"/>
      </w:pPr>
      <w:r>
        <w:t>Yeah</w:t>
      </w:r>
    </w:p>
    <w:p>
      <w:pPr>
        <w:pStyle w:val="Lyrics"/>
      </w:pPr>
      <w:r>
        <w:t>So hold me like the girl you used to know</w:t>
      </w:r>
    </w:p>
    <w:p>
      <w:pPr>
        <w:pStyle w:val="Lyrics"/>
      </w:pPr>
      <w:r>
        <w:t>I’m your Marilyn Monroe</w:t>
      </w:r>
    </w:p>
    <w:p>
      <w:pPr>
        <w:pStyle w:val="Lyrics"/>
      </w:pPr>
      <w:r>
        <w:t>Trust me like you’ve never been hurt before</w:t>
      </w:r>
    </w:p>
    <w:p>
      <w:pPr>
        <w:pStyle w:val="Lyrics"/>
      </w:pPr>
      <w:r>
        <w:t>Tell me that you’ve never felt so sure</w:t>
      </w:r>
    </w:p>
    <w:p>
      <w:pPr>
        <w:pStyle w:val="Lyrics"/>
      </w:pPr>
      <w:r>
        <w:t>Mon amour, je t’adore</w:t>
      </w:r>
    </w:p>
    <w:p>
      <w:pPr>
        <w:pStyle w:val="Lyrics"/>
      </w:pPr>
      <w:r>
        <w:t>Love me like you’ll never let me go</w:t>
      </w:r>
    </w:p>
    <w:p>
      <w:pPr>
        <w:pStyle w:val="Lyrics"/>
      </w:pPr>
      <w:r>
        <w:t>I wanna be the only one</w:t>
      </w:r>
    </w:p>
    <w:p>
      <w:pPr>
        <w:pStyle w:val="Lyrics"/>
      </w:pPr>
      <w:r>
        <w:t>You could ever love, I</w:t>
      </w:r>
    </w:p>
    <w:p>
      <w:pPr>
        <w:pStyle w:val="Lyrics"/>
      </w:pPr>
      <w:r>
        <w:t>Wanna be the only one</w:t>
      </w:r>
    </w:p>
    <w:p>
      <w:pPr>
        <w:pStyle w:val="Lyrics"/>
      </w:pPr>
      <w:r>
        <w:t>Running through your mind</w:t>
      </w:r>
    </w:p>
    <w:p>
      <w:pPr>
        <w:pStyle w:val="Lyrics"/>
      </w:pPr>
      <w:r>
        <w:t>All day</w:t>
      </w:r>
    </w:p>
    <w:p>
      <w:pPr>
        <w:pStyle w:val="Lyrics"/>
      </w:pPr>
      <w:r>
        <w:t>Like a house of cards, I give in</w:t>
      </w:r>
    </w:p>
    <w:p>
      <w:pPr>
        <w:pStyle w:val="Lyrics"/>
      </w:pPr>
      <w:r>
        <w:t>Set on fire, lost in your skin</w:t>
      </w:r>
    </w:p>
    <w:p>
      <w:pPr>
        <w:pStyle w:val="Lyrics"/>
      </w:pPr>
      <w:r>
        <w:t>When the pictures take me back again</w:t>
      </w:r>
    </w:p>
    <w:p>
      <w:pPr>
        <w:pStyle w:val="Lyrics"/>
      </w:pPr>
      <w:r>
        <w:t>Ooh, oh</w:t>
      </w:r>
    </w:p>
    <w:p>
      <w:pPr>
        <w:pStyle w:val="Lyrics"/>
      </w:pPr>
      <w:r>
        <w:t>Alone in a cold bed</w:t>
      </w:r>
    </w:p>
    <w:p>
      <w:pPr>
        <w:pStyle w:val="Lyrics"/>
      </w:pPr>
      <w:r>
        <w:t>I miss you and you know that</w:t>
      </w:r>
    </w:p>
    <w:p>
      <w:pPr>
        <w:pStyle w:val="Lyrics"/>
      </w:pPr>
      <w:r>
        <w:t>I need you to come back home</w:t>
      </w:r>
    </w:p>
    <w:p>
      <w:pPr>
        <w:pStyle w:val="Lyrics"/>
      </w:pPr>
      <w:r>
        <w:t>Home</w:t>
      </w:r>
    </w:p>
    <w:p>
      <w:pPr>
        <w:pStyle w:val="Lyrics"/>
      </w:pPr>
      <w:r>
        <w:t>Yeah</w:t>
      </w:r>
    </w:p>
    <w:p>
      <w:pPr>
        <w:pStyle w:val="Lyrics"/>
      </w:pPr>
      <w:r>
        <w:t>So hold me like the girl you used to know</w:t>
      </w:r>
    </w:p>
    <w:p>
      <w:pPr>
        <w:pStyle w:val="Lyrics"/>
      </w:pPr>
      <w:r>
        <w:t>I’m your Marilyn Monroe</w:t>
      </w:r>
    </w:p>
    <w:p>
      <w:pPr>
        <w:pStyle w:val="Lyrics"/>
      </w:pPr>
      <w:r>
        <w:t>Trust me like you’ve never been hurt before</w:t>
      </w:r>
    </w:p>
    <w:p>
      <w:pPr>
        <w:pStyle w:val="Lyrics"/>
      </w:pPr>
      <w:r>
        <w:t>Tell me that you’ve never felt so sure</w:t>
      </w:r>
    </w:p>
    <w:p>
      <w:pPr>
        <w:pStyle w:val="Lyrics"/>
      </w:pPr>
      <w:r>
        <w:t>Mon amour, je t’adore</w:t>
      </w:r>
    </w:p>
    <w:p>
      <w:pPr>
        <w:pStyle w:val="Lyrics"/>
      </w:pPr>
      <w:r>
        <w:t>Love me like you’ll never let me go</w:t>
      </w:r>
    </w:p>
    <w:p>
      <w:r>
        <w:br w:type="page"/>
      </w:r>
    </w:p>
    <w:p>
      <w:pPr>
        <w:pStyle w:val="Label"/>
      </w:pPr>
      <w:r>
        <w:t>TRANSMISSION 05  //  PHNK</w:t>
      </w:r>
    </w:p>
    <w:p>
      <w:pPr>
        <w:pStyle w:val="Heading1"/>
      </w:pPr>
      <w:r>
        <w:t>MARILYN MONROE</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MISS ME, REMEMBER ME, COME HOME</w:t>
            </w:r>
          </w:p>
        </w:tc>
      </w:tr>
    </w:tbl>
    <w:p>
      <w:pPr>
        <w:spacing w:before="20" w:after="60"/>
        <w:pBdr>
          <w:bottom w:val="single" w:sz="18" w:space="1" w:color="000000"/>
        </w:pBdr>
      </w:pPr>
    </w:p>
    <w:p>
      <w:pPr>
        <w:pStyle w:val="Label"/>
      </w:pPr>
      <w:r>
        <w:t>THE TRANSMISSION</w:t>
      </w:r>
    </w:p>
    <w:p>
      <w:pPr>
        <w:spacing w:before="20" w:after="60"/>
        <w:pBdr>
          <w:bottom w:val="single" w:sz="18" w:space="1" w:color="000000"/>
        </w:pBdr>
      </w:pPr>
    </w:p>
    <w:p>
      <w:pPr>
        <w:pStyle w:val="Theme"/>
      </w:pPr>
      <w:r>
        <w:t>This is the gravitational center of Chapter 1 - the song that made TEARDROPDRIFT necessary.</w:t>
      </w:r>
    </w:p>
    <w:p>
      <w:pPr>
        <w:pStyle w:val="Theme"/>
      </w:pPr>
      <w:r/>
      <w:r>
        <w:rPr>
          <w:b/>
        </w:rPr>
        <w:t>Twin souls living worlds apart.</w:t>
      </w:r>
      <w:r>
        <w:t xml:space="preserve"> The problem was never whether love existed. The problem is that </w:t>
      </w:r>
      <w:r>
        <w:rPr>
          <w:b/>
        </w:rPr>
        <w:t>distance gets heavy.</w:t>
      </w:r>
      <w:r/>
    </w:p>
    <w:p>
      <w:pPr>
        <w:pStyle w:val="Theme"/>
      </w:pPr>
      <w:r/>
      <w:r>
        <w:rPr>
          <w:b/>
        </w:rPr>
        <w:t>Come back home.</w:t>
      </w:r>
      <w:r>
        <w:t xml:space="preserve"> The beloved has become orientation, memory, shelter - the place toward which longing points.</w:t>
      </w:r>
    </w:p>
    <w:p>
      <w:pPr>
        <w:pStyle w:val="Theme"/>
      </w:pPr>
      <w:r/>
      <w:r>
        <w:rPr>
          <w:b/>
        </w:rPr>
        <w:t>Hold me like the girl you used to know</w:t>
      </w:r>
      <w:r>
        <w:t xml:space="preserve"> asks for recognition through change.</w:t>
      </w:r>
    </w:p>
    <w:p>
      <w:pPr>
        <w:pStyle w:val="Theme"/>
      </w:pPr>
      <w:r/>
      <w:r>
        <w:rPr>
          <w:b/>
        </w:rPr>
        <w:t>Trust me like you’ve never been hurt before</w:t>
      </w:r>
      <w:r>
        <w:t xml:space="preserve"> is not amnesia. It is a human leap of faith: I know what your history taught you; give me a benefit of the doubt enormous enough to crush you if I betray it.</w:t>
      </w:r>
    </w:p>
    <w:p>
      <w:pPr>
        <w:pStyle w:val="Theme"/>
      </w:pPr>
      <w:r>
        <w:t>Only someone who has been hurt can choose that kind of trust.</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HOME / MEMORY / FAITH</w:t>
            </w:r>
          </w:p>
        </w:tc>
      </w:tr>
    </w:tbl>
    <w:p>
      <w:r>
        <w:br w:type="page"/>
      </w:r>
    </w:p>
    <w:p>
      <w:pPr>
        <w:pStyle w:val="Label"/>
      </w:pPr>
      <w:r>
        <w:t>TRANSMISSION 06  //  stxrless</w:t>
      </w:r>
    </w:p>
    <w:p>
      <w:pPr>
        <w:pStyle w:val="Heading1"/>
      </w:pPr>
      <w:r>
        <w:t>VERTEX</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KEEP MOVING</w:t>
            </w:r>
          </w:p>
        </w:tc>
      </w:tr>
    </w:tbl>
    <w:p>
      <w:pPr>
        <w:spacing w:before="20" w:after="60"/>
        <w:pBdr>
          <w:bottom w:val="single" w:sz="18" w:space="1" w:color="000000"/>
        </w:pBdr>
      </w:pPr>
    </w:p>
    <w:p>
      <w:pPr>
        <w:pStyle w:val="Label"/>
      </w:pPr>
      <w:r>
        <w:t>LYRICS</w:t>
      </w:r>
    </w:p>
    <w:p>
      <w:pPr>
        <w:pStyle w:val="Lyrics"/>
      </w:pPr>
      <w:r>
        <w:t>[indecipherable sadgirl crooning]</w:t>
      </w:r>
    </w:p>
    <w:p>
      <w:pPr>
        <w:pStyle w:val="Lyrics"/>
      </w:pPr>
      <w:r>
        <w:t>[indecipherable phonk vocal]</w:t>
      </w:r>
    </w:p>
    <w:p>
      <w:pPr>
        <w:pStyle w:val="Lyrics"/>
      </w:pPr>
      <w:r/>
    </w:p>
    <w:p>
      <w:pPr>
        <w:pStyle w:val="Lyrics"/>
      </w:pPr>
      <w:r>
        <w:t>No transcription required.</w:t>
      </w:r>
    </w:p>
    <w:p>
      <w:r>
        <w:br w:type="page"/>
      </w:r>
    </w:p>
    <w:p>
      <w:pPr>
        <w:pStyle w:val="Label"/>
      </w:pPr>
      <w:r>
        <w:t>TRANSMISSION 06  //  stxrless</w:t>
      </w:r>
    </w:p>
    <w:p>
      <w:pPr>
        <w:pStyle w:val="Heading1"/>
      </w:pPr>
      <w:r>
        <w:t>VERTEX</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KEEP MOVING</w:t>
            </w:r>
          </w:p>
        </w:tc>
      </w:tr>
    </w:tbl>
    <w:p>
      <w:pPr>
        <w:spacing w:before="20" w:after="60"/>
        <w:pBdr>
          <w:bottom w:val="single" w:sz="18" w:space="1" w:color="000000"/>
        </w:pBdr>
      </w:pPr>
    </w:p>
    <w:p>
      <w:pPr>
        <w:pStyle w:val="Label"/>
      </w:pPr>
      <w:r>
        <w:t>THE TRANSMISSION</w:t>
      </w:r>
    </w:p>
    <w:p>
      <w:pPr>
        <w:spacing w:before="20" w:after="60"/>
        <w:pBdr>
          <w:bottom w:val="single" w:sz="18" w:space="1" w:color="000000"/>
        </w:pBdr>
      </w:pPr>
    </w:p>
    <w:p>
      <w:pPr>
        <w:pStyle w:val="Theme"/>
      </w:pPr>
      <w:r>
        <w:t>Words have reached their limit.</w:t>
      </w:r>
    </w:p>
    <w:p>
      <w:pPr>
        <w:pStyle w:val="Theme"/>
      </w:pPr>
      <w:r>
        <w:t>After five tracks of increasingly articulated longing, TEARDROPDRIFT stops explaining itself.</w:t>
      </w:r>
    </w:p>
    <w:p>
      <w:pPr>
        <w:pStyle w:val="Theme"/>
      </w:pPr>
      <w:r/>
      <w:r>
        <w:rPr>
          <w:b/>
        </w:rPr>
        <w:t>Move.</w:t>
      </w:r>
      <w:r>
        <w:t xml:space="preserve"> The subs become language. The rhythm becomes language. The body knows something the mouth cannot finish saying.</w:t>
      </w:r>
    </w:p>
    <w:p>
      <w:pPr>
        <w:pStyle w:val="Theme"/>
      </w:pPr>
      <w:r>
        <w:t xml:space="preserve">Sometimes the instruction is simply: </w:t>
      </w:r>
      <w:r>
        <w:rPr>
          <w:b/>
        </w:rPr>
        <w:t>keep moving.</w:t>
      </w:r>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CATHARSIS</w:t>
            </w:r>
          </w:p>
        </w:tc>
      </w:tr>
    </w:tbl>
    <w:p>
      <w:r>
        <w:br w:type="page"/>
      </w:r>
    </w:p>
    <w:p>
      <w:pPr>
        <w:pStyle w:val="Label"/>
      </w:pPr>
      <w:r>
        <w:t>TRANSMISSION 07  //  CULTTASTIC / SAGE Remix</w:t>
      </w:r>
    </w:p>
    <w:p>
      <w:pPr>
        <w:pStyle w:val="Heading1"/>
      </w:pPr>
      <w:r>
        <w:t>WATCH IT BURN</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RESIST THE IMPULSE TO BURN IT DOWN</w:t>
            </w:r>
          </w:p>
        </w:tc>
      </w:tr>
    </w:tbl>
    <w:p>
      <w:pPr>
        <w:spacing w:before="20" w:after="60"/>
        <w:pBdr>
          <w:bottom w:val="single" w:sz="18" w:space="1" w:color="000000"/>
        </w:pBdr>
      </w:pPr>
    </w:p>
    <w:p>
      <w:pPr>
        <w:pStyle w:val="Label"/>
      </w:pPr>
      <w:r>
        <w:t>LYRICS</w:t>
      </w:r>
    </w:p>
    <w:p>
      <w:pPr>
        <w:pStyle w:val="Lyrics"/>
      </w:pPr>
      <w:r>
        <w:t>Broken down desires</w:t>
      </w:r>
    </w:p>
    <w:p>
      <w:pPr>
        <w:pStyle w:val="Lyrics"/>
      </w:pPr>
      <w:r>
        <w:t>Bring me down again</w:t>
      </w:r>
    </w:p>
    <w:p>
      <w:pPr>
        <w:pStyle w:val="Lyrics"/>
      </w:pPr>
      <w:r>
        <w:t>Lead me to the fire</w:t>
      </w:r>
    </w:p>
    <w:p>
      <w:pPr>
        <w:pStyle w:val="Lyrics"/>
      </w:pPr>
      <w:r>
        <w:t>I wanna watch it burn, burn, burn</w:t>
      </w:r>
    </w:p>
    <w:p>
      <w:pPr>
        <w:pStyle w:val="Lyrics"/>
      </w:pPr>
      <w:r>
        <w:t>You’re powerless this time</w:t>
      </w:r>
    </w:p>
    <w:p>
      <w:pPr>
        <w:pStyle w:val="Lyrics"/>
      </w:pPr>
      <w:r/>
    </w:p>
    <w:p>
      <w:pPr>
        <w:pStyle w:val="Lyrics"/>
      </w:pPr>
      <w:r>
        <w:t>I just lit the flame and left</w:t>
      </w:r>
    </w:p>
    <w:p>
      <w:pPr>
        <w:pStyle w:val="Lyrics"/>
      </w:pPr>
      <w:r>
        <w:t>Flame</w:t>
      </w:r>
    </w:p>
    <w:p>
      <w:pPr>
        <w:pStyle w:val="Lyrics"/>
      </w:pPr>
      <w:r>
        <w:t>Flame</w:t>
      </w:r>
    </w:p>
    <w:p>
      <w:pPr>
        <w:pStyle w:val="Lyrics"/>
      </w:pPr>
      <w:r/>
    </w:p>
    <w:p>
      <w:pPr>
        <w:pStyle w:val="Lyrics"/>
      </w:pPr>
      <w:r>
        <w:t>I just lit the flame and left</w:t>
      </w:r>
    </w:p>
    <w:p>
      <w:pPr>
        <w:pStyle w:val="Lyrics"/>
      </w:pPr>
      <w:r>
        <w:t>Flame</w:t>
      </w:r>
    </w:p>
    <w:p>
      <w:pPr>
        <w:pStyle w:val="Lyrics"/>
      </w:pPr>
      <w:r>
        <w:t>Flame</w:t>
      </w:r>
    </w:p>
    <w:p>
      <w:pPr>
        <w:pStyle w:val="Lyrics"/>
      </w:pPr>
      <w:r/>
    </w:p>
    <w:p>
      <w:pPr>
        <w:pStyle w:val="Lyrics"/>
      </w:pPr>
      <w:r>
        <w:t>Falling through their lies</w:t>
      </w:r>
    </w:p>
    <w:p>
      <w:pPr>
        <w:pStyle w:val="Lyrics"/>
      </w:pPr>
      <w:r>
        <w:t>Unfamiliar pain</w:t>
      </w:r>
    </w:p>
    <w:p>
      <w:pPr>
        <w:pStyle w:val="Lyrics"/>
      </w:pPr>
      <w:r>
        <w:t>Washes off of me</w:t>
      </w:r>
    </w:p>
    <w:p>
      <w:pPr>
        <w:pStyle w:val="Lyrics"/>
      </w:pPr>
      <w:r>
        <w:t>I wanna watch it burn, burn, burn</w:t>
      </w:r>
    </w:p>
    <w:p>
      <w:pPr>
        <w:pStyle w:val="Lyrics"/>
      </w:pPr>
      <w:r>
        <w:t>You’re powerless this time</w:t>
      </w:r>
    </w:p>
    <w:p>
      <w:pPr>
        <w:pStyle w:val="Lyrics"/>
      </w:pPr>
      <w:r/>
    </w:p>
    <w:p>
      <w:pPr>
        <w:pStyle w:val="Lyrics"/>
      </w:pPr>
      <w:r>
        <w:t>I just lit the flame and left</w:t>
      </w:r>
    </w:p>
    <w:p>
      <w:pPr>
        <w:pStyle w:val="Lyrics"/>
      </w:pPr>
      <w:r>
        <w:t>Flame</w:t>
      </w:r>
    </w:p>
    <w:p>
      <w:pPr>
        <w:pStyle w:val="Lyrics"/>
      </w:pPr>
      <w:r>
        <w:t>Flame</w:t>
      </w:r>
    </w:p>
    <w:p>
      <w:pPr>
        <w:pStyle w:val="Lyrics"/>
      </w:pPr>
      <w:r/>
    </w:p>
    <w:p>
      <w:pPr>
        <w:pStyle w:val="Lyrics"/>
      </w:pPr>
      <w:r>
        <w:t>I just lit the flame and left</w:t>
      </w:r>
    </w:p>
    <w:p>
      <w:pPr>
        <w:pStyle w:val="Lyrics"/>
      </w:pPr>
      <w:r>
        <w:t>Flame</w:t>
      </w:r>
    </w:p>
    <w:p>
      <w:pPr>
        <w:pStyle w:val="Lyrics"/>
      </w:pPr>
      <w:r>
        <w:t>Flame</w:t>
      </w:r>
    </w:p>
    <w:p>
      <w:pPr>
        <w:pStyle w:val="Lyrics"/>
      </w:pPr>
      <w:r/>
    </w:p>
    <w:p>
      <w:pPr>
        <w:pStyle w:val="Lyrics"/>
      </w:pPr>
      <w:r>
        <w:t>Broken down desires</w:t>
      </w:r>
    </w:p>
    <w:p>
      <w:pPr>
        <w:pStyle w:val="Lyrics"/>
      </w:pPr>
      <w:r>
        <w:t>Bring me down again</w:t>
      </w:r>
    </w:p>
    <w:p>
      <w:pPr>
        <w:pStyle w:val="Lyrics"/>
      </w:pPr>
      <w:r>
        <w:t>Feed you to the fire</w:t>
      </w:r>
    </w:p>
    <w:p>
      <w:pPr>
        <w:pStyle w:val="Lyrics"/>
      </w:pPr>
      <w:r>
        <w:t>I wanna watch it burn, burn, burn</w:t>
      </w:r>
    </w:p>
    <w:p>
      <w:pPr>
        <w:pStyle w:val="Lyrics"/>
      </w:pPr>
      <w:r/>
    </w:p>
    <w:p>
      <w:pPr>
        <w:pStyle w:val="Lyrics"/>
      </w:pPr>
      <w:r>
        <w:t>Flame</w:t>
      </w:r>
    </w:p>
    <w:p>
      <w:pPr>
        <w:pStyle w:val="Lyrics"/>
      </w:pPr>
      <w:r>
        <w:t>Flame</w:t>
      </w:r>
    </w:p>
    <w:p>
      <w:pPr>
        <w:pStyle w:val="Lyrics"/>
      </w:pPr>
      <w:r>
        <w:t>Flame</w:t>
      </w:r>
    </w:p>
    <w:p>
      <w:pPr>
        <w:pStyle w:val="Lyrics"/>
      </w:pPr>
      <w:r>
        <w:t>Flame</w:t>
      </w:r>
    </w:p>
    <w:p>
      <w:r>
        <w:br w:type="page"/>
      </w:r>
    </w:p>
    <w:p>
      <w:pPr>
        <w:pStyle w:val="Label"/>
      </w:pPr>
      <w:r>
        <w:t>TRANSMISSION 07  //  CULTTASTIC / SAGE Remix</w:t>
      </w:r>
    </w:p>
    <w:p>
      <w:pPr>
        <w:pStyle w:val="Heading1"/>
      </w:pPr>
      <w:r>
        <w:t>WATCH IT BURN</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RESIST THE IMPULSE TO BURN IT DOWN</w:t>
            </w:r>
          </w:p>
        </w:tc>
      </w:tr>
    </w:tbl>
    <w:p>
      <w:pPr>
        <w:spacing w:before="20" w:after="60"/>
        <w:pBdr>
          <w:bottom w:val="single" w:sz="18" w:space="1" w:color="000000"/>
        </w:pBdr>
      </w:pPr>
    </w:p>
    <w:p>
      <w:pPr>
        <w:pStyle w:val="Label"/>
      </w:pPr>
      <w:r>
        <w:t>THE TRANSMISSION</w:t>
      </w:r>
    </w:p>
    <w:p>
      <w:pPr>
        <w:spacing w:before="20" w:after="60"/>
        <w:pBdr>
          <w:bottom w:val="single" w:sz="18" w:space="1" w:color="000000"/>
        </w:pBdr>
      </w:pPr>
    </w:p>
    <w:p>
      <w:pPr>
        <w:pStyle w:val="Theme"/>
      </w:pPr>
      <w:r>
        <w:t>This is the crisis. It feels powerful because destruction eliminates uncertainty.</w:t>
      </w:r>
    </w:p>
    <w:p>
      <w:pPr>
        <w:pStyle w:val="Theme"/>
      </w:pPr>
      <w:r>
        <w:t xml:space="preserve">If vulnerability is intolerable, there is an obvious solution: </w:t>
      </w:r>
      <w:r>
        <w:rPr>
          <w:b/>
        </w:rPr>
        <w:t>destroy the thing capable of hurting you.</w:t>
      </w:r>
      <w:r/>
    </w:p>
    <w:p>
      <w:pPr>
        <w:pStyle w:val="Theme"/>
      </w:pPr>
      <w:r>
        <w:t xml:space="preserve">At first: </w:t>
      </w:r>
      <w:r>
        <w:rPr>
          <w:b/>
        </w:rPr>
        <w:t>Lead me to the fire.</w:t>
      </w:r>
      <w:r>
        <w:t xml:space="preserve"> Eventually: </w:t>
      </w:r>
      <w:r>
        <w:rPr>
          <w:b/>
        </w:rPr>
        <w:t>Feed you to the fire.</w:t>
      </w:r>
      <w:r>
        <w:t xml:space="preserve"> The speaker takes control of the destructive force.</w:t>
      </w:r>
    </w:p>
    <w:p>
      <w:pPr>
        <w:pStyle w:val="Theme"/>
      </w:pPr>
      <w:r>
        <w:t>For one song, that feels like victory.</w:t>
      </w:r>
    </w:p>
    <w:p>
      <w:pPr>
        <w:pStyle w:val="Theme"/>
      </w:pPr>
      <w:r>
        <w:t xml:space="preserve">But the public transmission argues with the source song: </w:t>
      </w:r>
      <w:r>
        <w:rPr>
          <w:b/>
        </w:rPr>
        <w:t>RESIST THE IMPULSE TO BURN IT DOWN.</w:t>
      </w:r>
      <w:r>
        <w:t xml:space="preserve"> Fire can end access. It cannot necessarily erase attachment.</w:t>
      </w:r>
    </w:p>
    <w:p>
      <w:pPr>
        <w:pStyle w:val="Theme"/>
      </w:pPr>
      <w:r>
        <w:t xml:space="preserve">This is the moment every instinct says: </w:t>
      </w:r>
      <w:r>
        <w:rPr>
          <w:b/>
        </w:rPr>
        <w:t>RUN.</w:t>
      </w:r>
      <w:r>
        <w:t xml:space="preserve"> The chapter is not finished.</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FLIGHT RESPONSE</w:t>
            </w:r>
          </w:p>
        </w:tc>
      </w:tr>
    </w:tbl>
    <w:p>
      <w:r>
        <w:br w:type="page"/>
      </w:r>
    </w:p>
    <w:p>
      <w:pPr>
        <w:pStyle w:val="Label"/>
      </w:pPr>
      <w:r>
        <w:t>TRANSMISSION 08  //  eenspire</w:t>
      </w:r>
    </w:p>
    <w:p>
      <w:pPr>
        <w:pStyle w:val="Heading1"/>
      </w:pPr>
      <w:r>
        <w:t>ECSTASY</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LET INTENSITY BECOME ECSTASY</w:t>
            </w:r>
          </w:p>
        </w:tc>
      </w:tr>
    </w:tbl>
    <w:p>
      <w:pPr>
        <w:spacing w:before="20" w:after="60"/>
        <w:pBdr>
          <w:bottom w:val="single" w:sz="18" w:space="1" w:color="000000"/>
        </w:pBdr>
      </w:pPr>
    </w:p>
    <w:p>
      <w:pPr>
        <w:pStyle w:val="Label"/>
      </w:pPr>
      <w:r>
        <w:t>LYRICS</w:t>
      </w:r>
    </w:p>
    <w:p>
      <w:pPr>
        <w:pStyle w:val="Lyrics"/>
      </w:pPr>
      <w:r>
        <w:t>I can’t see</w:t>
      </w:r>
    </w:p>
    <w:p>
      <w:pPr>
        <w:pStyle w:val="Lyrics"/>
      </w:pPr>
      <w:r>
        <w:t>What’s in front of me</w:t>
      </w:r>
    </w:p>
    <w:p>
      <w:pPr>
        <w:pStyle w:val="Lyrics"/>
      </w:pPr>
      <w:r>
        <w:t>Heavenly</w:t>
      </w:r>
    </w:p>
    <w:p>
      <w:pPr>
        <w:pStyle w:val="Lyrics"/>
      </w:pPr>
      <w:r>
        <w:t>Demons guarding me</w:t>
      </w:r>
    </w:p>
    <w:p>
      <w:pPr>
        <w:pStyle w:val="Lyrics"/>
      </w:pPr>
      <w:r>
        <w:t>Will you be</w:t>
      </w:r>
    </w:p>
    <w:p>
      <w:pPr>
        <w:pStyle w:val="Lyrics"/>
      </w:pPr>
      <w:r>
        <w:t>My serenity</w:t>
      </w:r>
    </w:p>
    <w:p>
      <w:pPr>
        <w:pStyle w:val="Lyrics"/>
      </w:pPr>
      <w:r>
        <w:t>Will you be</w:t>
      </w:r>
    </w:p>
    <w:p>
      <w:pPr>
        <w:pStyle w:val="Lyrics"/>
      </w:pPr>
      <w:r>
        <w:t>Oh, will you be?</w:t>
      </w:r>
    </w:p>
    <w:p>
      <w:pPr>
        <w:pStyle w:val="Lyrics"/>
      </w:pPr>
      <w:r/>
    </w:p>
    <w:p>
      <w:pPr>
        <w:pStyle w:val="Lyrics"/>
      </w:pPr>
      <w:r>
        <w:t>Tattooed</w:t>
      </w:r>
    </w:p>
    <w:p>
      <w:pPr>
        <w:pStyle w:val="Lyrics"/>
      </w:pPr>
      <w:r>
        <w:t>Onto you</w:t>
      </w:r>
    </w:p>
    <w:p>
      <w:pPr>
        <w:pStyle w:val="Lyrics"/>
      </w:pPr>
      <w:r>
        <w:t>You’re still mine</w:t>
      </w:r>
    </w:p>
    <w:p>
      <w:pPr>
        <w:pStyle w:val="Lyrics"/>
      </w:pPr>
      <w:r/>
    </w:p>
    <w:p>
      <w:pPr>
        <w:pStyle w:val="Lyrics"/>
      </w:pPr>
      <w:r>
        <w:t>Ecstasy</w:t>
      </w:r>
    </w:p>
    <w:p>
      <w:pPr>
        <w:pStyle w:val="Lyrics"/>
      </w:pPr>
      <w:r>
        <w:t>Keeps on helping me</w:t>
      </w:r>
    </w:p>
    <w:p>
      <w:pPr>
        <w:pStyle w:val="Lyrics"/>
      </w:pPr>
      <w:r>
        <w:t>Through the dark</w:t>
      </w:r>
    </w:p>
    <w:p>
      <w:pPr>
        <w:pStyle w:val="Lyrics"/>
      </w:pPr>
      <w:r>
        <w:t>Times that’s guided me</w:t>
      </w:r>
    </w:p>
    <w:p>
      <w:pPr>
        <w:pStyle w:val="Lyrics"/>
      </w:pPr>
      <w:r>
        <w:t>Will you be</w:t>
      </w:r>
    </w:p>
    <w:p>
      <w:pPr>
        <w:pStyle w:val="Lyrics"/>
      </w:pPr>
      <w:r>
        <w:t>My death penalty</w:t>
      </w:r>
    </w:p>
    <w:p>
      <w:pPr>
        <w:pStyle w:val="Lyrics"/>
      </w:pPr>
      <w:r>
        <w:t>Will you be</w:t>
      </w:r>
    </w:p>
    <w:p>
      <w:pPr>
        <w:pStyle w:val="Lyrics"/>
      </w:pPr>
      <w:r>
        <w:t>Oh, will you be?</w:t>
      </w:r>
    </w:p>
    <w:p>
      <w:pPr>
        <w:pStyle w:val="Lyrics"/>
      </w:pPr>
      <w:r/>
    </w:p>
    <w:p>
      <w:pPr>
        <w:pStyle w:val="Lyrics"/>
      </w:pPr>
      <w:r>
        <w:t>Tattooed</w:t>
      </w:r>
    </w:p>
    <w:p>
      <w:pPr>
        <w:pStyle w:val="Lyrics"/>
      </w:pPr>
      <w:r>
        <w:t>Onto you</w:t>
      </w:r>
    </w:p>
    <w:p>
      <w:pPr>
        <w:pStyle w:val="Lyrics"/>
      </w:pPr>
      <w:r>
        <w:t>You’re still mine</w:t>
      </w:r>
    </w:p>
    <w:p>
      <w:pPr>
        <w:pStyle w:val="Lyrics"/>
      </w:pPr>
      <w:r/>
    </w:p>
    <w:p>
      <w:pPr>
        <w:pStyle w:val="Lyrics"/>
      </w:pPr>
      <w:r>
        <w:t>cah, aah, aah</w:t>
      </w:r>
    </w:p>
    <w:p>
      <w:pPr>
        <w:pStyle w:val="Lyrics"/>
      </w:pPr>
      <w:r>
        <w:t>cah, aah, aah</w:t>
      </w:r>
    </w:p>
    <w:p>
      <w:pPr>
        <w:pStyle w:val="Lyrics"/>
      </w:pPr>
      <w:r>
        <w:t>Ooh, ooh, ooh ooh</w:t>
      </w:r>
    </w:p>
    <w:p>
      <w:pPr>
        <w:pStyle w:val="Lyrics"/>
      </w:pPr>
      <w:r>
        <w:t>Ooh, ooh, ooh ooh</w:t>
      </w:r>
    </w:p>
    <w:p>
      <w:r>
        <w:br w:type="page"/>
      </w:r>
    </w:p>
    <w:p>
      <w:pPr>
        <w:pStyle w:val="Label"/>
      </w:pPr>
      <w:r>
        <w:t>TRANSMISSION 08  //  eenspire</w:t>
      </w:r>
    </w:p>
    <w:p>
      <w:pPr>
        <w:pStyle w:val="Heading1"/>
      </w:pPr>
      <w:r>
        <w:t>ECSTASY</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LET INTENSITY BECOME ECSTASY</w:t>
            </w:r>
          </w:p>
        </w:tc>
      </w:tr>
    </w:tbl>
    <w:p>
      <w:pPr>
        <w:spacing w:before="20" w:after="60"/>
        <w:pBdr>
          <w:bottom w:val="single" w:sz="18" w:space="1" w:color="000000"/>
        </w:pBdr>
      </w:pPr>
    </w:p>
    <w:p>
      <w:pPr>
        <w:pStyle w:val="Label"/>
      </w:pPr>
      <w:r>
        <w:t>THE TRANSMISSION</w:t>
      </w:r>
    </w:p>
    <w:p>
      <w:pPr>
        <w:spacing w:before="20" w:after="60"/>
        <w:pBdr>
          <w:bottom w:val="single" w:sz="18" w:space="1" w:color="000000"/>
        </w:pBdr>
      </w:pPr>
    </w:p>
    <w:p>
      <w:pPr>
        <w:pStyle w:val="Theme"/>
      </w:pPr>
      <w:r>
        <w:t xml:space="preserve">The fire did not work. The first words afterward are not triumph: </w:t>
      </w:r>
      <w:r>
        <w:rPr>
          <w:b/>
        </w:rPr>
        <w:t>I can’t see what’s in front of me.</w:t>
      </w:r>
      <w:r/>
    </w:p>
    <w:p>
      <w:pPr>
        <w:pStyle w:val="Theme"/>
      </w:pPr>
      <w:r>
        <w:t xml:space="preserve">The contradiction returns: </w:t>
      </w:r>
      <w:r>
        <w:rPr>
          <w:b/>
        </w:rPr>
        <w:t>Will you be my serenity?</w:t>
      </w:r>
      <w:r>
        <w:t xml:space="preserve"> / </w:t>
      </w:r>
      <w:r>
        <w:rPr>
          <w:b/>
        </w:rPr>
        <w:t>Will you be my death penalty?</w:t>
      </w:r>
      <w:r/>
    </w:p>
    <w:p>
      <w:pPr>
        <w:pStyle w:val="Theme"/>
      </w:pPr>
      <w:r>
        <w:t>The beloved can regulate and annihilate. Neither possibility is denied.</w:t>
      </w:r>
    </w:p>
    <w:p>
      <w:pPr>
        <w:pStyle w:val="Theme"/>
      </w:pPr>
      <w:r/>
      <w:r>
        <w:rPr>
          <w:b/>
        </w:rPr>
        <w:t>Tattooed onto you.</w:t>
      </w:r>
      <w:r>
        <w:t xml:space="preserve"> Things may change or burn, but real attachment can alter the people who experienced it. The mark remains.</w:t>
      </w:r>
    </w:p>
    <w:p>
      <w:pPr>
        <w:pStyle w:val="Theme"/>
      </w:pPr>
      <w:r>
        <w:t xml:space="preserve">Track 8 offers another response to unbearable intensity: do not necessarily destroy it. </w:t>
      </w:r>
      <w:r>
        <w:rPr>
          <w:b/>
        </w:rPr>
        <w:t>Metabolize it.</w:t>
      </w:r>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AFTERIMAGE</w:t>
            </w:r>
          </w:p>
        </w:tc>
      </w:tr>
    </w:tbl>
    <w:p>
      <w:r>
        <w:br w:type="page"/>
      </w:r>
    </w:p>
    <w:p>
      <w:pPr>
        <w:pStyle w:val="Label"/>
      </w:pPr>
      <w:r>
        <w:t>TRANSMISSION 09  //  Oohitsodel</w:t>
      </w:r>
    </w:p>
    <w:p>
      <w:pPr>
        <w:pStyle w:val="Heading1"/>
      </w:pPr>
      <w:r>
        <w:t>TOO BRIGHT TO HOLD</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LOVE BECOMES REAL ENOUGH TO SHAKE YOU</w:t>
            </w:r>
          </w:p>
        </w:tc>
      </w:tr>
    </w:tbl>
    <w:p>
      <w:pPr>
        <w:spacing w:before="20" w:after="60"/>
        <w:pBdr>
          <w:bottom w:val="single" w:sz="18" w:space="1" w:color="000000"/>
        </w:pBdr>
      </w:pPr>
    </w:p>
    <w:p>
      <w:pPr>
        <w:pStyle w:val="Label"/>
      </w:pPr>
      <w:r>
        <w:t>LYRICS</w:t>
      </w:r>
    </w:p>
    <w:p>
      <w:pPr>
        <w:pStyle w:val="Lyrics"/>
      </w:pPr>
      <w:r>
        <w:t>Soft like light, sharp like flame</w:t>
      </w:r>
    </w:p>
    <w:p>
      <w:pPr>
        <w:pStyle w:val="Lyrics"/>
      </w:pPr>
      <w:r>
        <w:t>Calling me, whispering my name</w:t>
      </w:r>
    </w:p>
    <w:p>
      <w:pPr>
        <w:pStyle w:val="Lyrics"/>
      </w:pPr>
      <w:r>
        <w:t>So close I freeze, too much to breathe</w:t>
      </w:r>
    </w:p>
    <w:p>
      <w:pPr>
        <w:pStyle w:val="Lyrics"/>
      </w:pPr>
      <w:r/>
    </w:p>
    <w:p>
      <w:pPr>
        <w:pStyle w:val="Lyrics"/>
      </w:pPr>
      <w:r>
        <w:t>You’re too bright to hold</w:t>
      </w:r>
    </w:p>
    <w:p>
      <w:pPr>
        <w:pStyle w:val="Lyrics"/>
      </w:pPr>
      <w:r>
        <w:t>too pure to break</w:t>
      </w:r>
    </w:p>
    <w:p>
      <w:pPr>
        <w:pStyle w:val="Lyrics"/>
      </w:pPr>
      <w:r>
        <w:t>I reach for you, but I hesitate</w:t>
      </w:r>
    </w:p>
    <w:p>
      <w:pPr>
        <w:pStyle w:val="Lyrics"/>
      </w:pPr>
      <w:r>
        <w:t>You’re too bright to hold</w:t>
      </w:r>
    </w:p>
    <w:p>
      <w:pPr>
        <w:pStyle w:val="Lyrics"/>
      </w:pPr>
      <w:r>
        <w:t>too deep to fake</w:t>
      </w:r>
    </w:p>
    <w:p>
      <w:pPr>
        <w:pStyle w:val="Lyrics"/>
      </w:pPr>
      <w:r>
        <w:t>A love so real, it makes me shake</w:t>
      </w:r>
    </w:p>
    <w:p>
      <w:pPr>
        <w:pStyle w:val="Lyrics"/>
      </w:pPr>
      <w:r/>
    </w:p>
    <w:p>
      <w:pPr>
        <w:pStyle w:val="Lyrics"/>
      </w:pPr>
      <w:r>
        <w:t>No disguise, no control</w:t>
      </w:r>
    </w:p>
    <w:p>
      <w:pPr>
        <w:pStyle w:val="Lyrics"/>
      </w:pPr>
      <w:r>
        <w:t>You see through every soul</w:t>
      </w:r>
    </w:p>
    <w:p>
      <w:pPr>
        <w:pStyle w:val="Lyrics"/>
      </w:pPr>
      <w:r>
        <w:t>So close I freeze, too much to breathe</w:t>
      </w:r>
    </w:p>
    <w:p>
      <w:pPr>
        <w:pStyle w:val="Lyrics"/>
      </w:pPr>
      <w:r/>
    </w:p>
    <w:p>
      <w:pPr>
        <w:pStyle w:val="Lyrics"/>
      </w:pPr>
      <w:r>
        <w:t>[chorus repeats]</w:t>
      </w:r>
    </w:p>
    <w:p>
      <w:r>
        <w:br w:type="page"/>
      </w:r>
    </w:p>
    <w:p>
      <w:pPr>
        <w:pStyle w:val="Label"/>
      </w:pPr>
      <w:r>
        <w:t>TRANSMISSION 09  //  Oohitsodel</w:t>
      </w:r>
    </w:p>
    <w:p>
      <w:pPr>
        <w:pStyle w:val="Heading1"/>
      </w:pPr>
      <w:r>
        <w:t>TOO BRIGHT TO HOLD</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LOVE BECOMES REAL ENOUGH TO SHAKE YOU</w:t>
            </w:r>
          </w:p>
        </w:tc>
      </w:tr>
    </w:tbl>
    <w:p>
      <w:pPr>
        <w:spacing w:before="20" w:after="60"/>
        <w:pBdr>
          <w:bottom w:val="single" w:sz="18" w:space="1" w:color="000000"/>
        </w:pBdr>
      </w:pPr>
    </w:p>
    <w:p>
      <w:pPr>
        <w:pStyle w:val="Label"/>
      </w:pPr>
      <w:r>
        <w:t>THE TRANSMISSION</w:t>
      </w:r>
    </w:p>
    <w:p>
      <w:pPr>
        <w:spacing w:before="20" w:after="60"/>
        <w:pBdr>
          <w:bottom w:val="single" w:sz="18" w:space="1" w:color="000000"/>
        </w:pBdr>
      </w:pPr>
    </w:p>
    <w:p>
      <w:pPr>
        <w:pStyle w:val="Theme"/>
      </w:pPr>
      <w:r>
        <w:t>This is why Chapter 1 has to reach Track 9.</w:t>
      </w:r>
    </w:p>
    <w:p>
      <w:pPr>
        <w:pStyle w:val="Theme"/>
      </w:pPr>
      <w:r>
        <w:t>The ending does not reveal that love was harmless. It reveals that the fear had a legitimate object.</w:t>
      </w:r>
    </w:p>
    <w:p>
      <w:pPr>
        <w:pStyle w:val="Theme"/>
      </w:pPr>
      <w:r/>
      <w:r>
        <w:rPr>
          <w:b/>
        </w:rPr>
        <w:t>Soft like light. Sharp like flame.</w:t>
      </w:r>
      <w:r>
        <w:t xml:space="preserve"> The same thing can illuminate and wound.</w:t>
      </w:r>
    </w:p>
    <w:p>
      <w:pPr>
        <w:pStyle w:val="Theme"/>
      </w:pPr>
      <w:r>
        <w:t xml:space="preserve">Then comes the line TEARDROPDRIFT has spent eight transmissions earning: </w:t>
      </w:r>
      <w:r>
        <w:rPr>
          <w:b/>
        </w:rPr>
        <w:t>I reach for you, but I hesitate.</w:t>
      </w:r>
      <w:r/>
    </w:p>
    <w:p>
      <w:pPr>
        <w:pStyle w:val="Theme"/>
      </w:pPr>
      <w:r>
        <w:t xml:space="preserve">Not: I no longer hesitate. Not: there was nothing to fear. The hesitation remains. </w:t>
      </w:r>
      <w:r>
        <w:rPr>
          <w:b/>
        </w:rPr>
        <w:t>The reach happens anyway.</w:t>
      </w:r>
      <w:r/>
    </w:p>
    <w:p>
      <w:pPr>
        <w:pStyle w:val="Theme"/>
      </w:pPr>
      <w:r>
        <w:t>Trust does not require forgetting every previous wound. Courage does not require the nervous system to stop shaking.</w:t>
      </w:r>
    </w:p>
    <w:p>
      <w:pPr>
        <w:pStyle w:val="Theme"/>
      </w:pPr>
      <w:r/>
      <w:r>
        <w:rPr>
          <w:b/>
        </w:rPr>
        <w:t>A love so real, it makes me shake.</w:t>
      </w:r>
      <w:r>
        <w:t xml:space="preserve"> No tenth track arrives to make the shaking stop.</w:t>
      </w:r>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THE REACH</w:t>
            </w:r>
          </w:p>
        </w:tc>
      </w:tr>
    </w:tbl>
    <w:p>
      <w:r>
        <w:br w:type="page"/>
      </w:r>
    </w:p>
    <w:p>
      <w:pPr>
        <w:pStyle w:val="Label"/>
      </w:pPr>
      <w:r>
        <w:t>CHAPTER MAP</w:t>
      </w:r>
    </w:p>
    <w:p>
      <w:pPr>
        <w:pStyle w:val="Heading1"/>
      </w:pPr>
      <w:r>
        <w:t>EMOTIONAL ARCHITECTURE</w:t>
      </w:r>
    </w:p>
    <w:p>
      <w:pPr>
        <w:spacing w:before="20" w:after="60"/>
        <w:pBdr>
          <w:bottom w:val="single" w:sz="18" w:space="1" w:color="000000"/>
        </w:pBdr>
      </w:pPr>
    </w:p>
    <w:p>
      <w:pPr>
        <w:spacing w:after="80"/>
      </w:pPr>
      <w:r>
        <w:rPr>
          <w:rFonts w:ascii="PT Sans Narrow" w:hAnsi="PT Sans Narrow"/>
          <w:b/>
          <w:sz w:val="17"/>
        </w:rPr>
        <w:t>01  SOMETHING TO BELIEVE IN</w:t>
        <w:br/>
      </w:r>
      <w:r>
        <w:rPr>
          <w:rFonts w:ascii="Inter" w:hAnsi="Inter"/>
          <w:sz w:val="14"/>
        </w:rPr>
        <w:t>The hand is extended.</w:t>
      </w:r>
    </w:p>
    <w:p>
      <w:pPr>
        <w:spacing w:after="80"/>
      </w:pPr>
      <w:r>
        <w:rPr>
          <w:rFonts w:ascii="PT Sans Narrow" w:hAnsi="PT Sans Narrow"/>
          <w:b/>
          <w:sz w:val="17"/>
        </w:rPr>
        <w:t>02  COME CLOSER</w:t>
        <w:br/>
      </w:r>
      <w:r>
        <w:rPr>
          <w:rFonts w:ascii="Inter" w:hAnsi="Inter"/>
          <w:sz w:val="14"/>
        </w:rPr>
        <w:t>Attachment creates stakes.</w:t>
      </w:r>
    </w:p>
    <w:p>
      <w:pPr>
        <w:spacing w:after="80"/>
      </w:pPr>
      <w:r>
        <w:rPr>
          <w:rFonts w:ascii="PT Sans Narrow" w:hAnsi="PT Sans Narrow"/>
          <w:b/>
          <w:sz w:val="17"/>
        </w:rPr>
        <w:t>03  SAY YES</w:t>
        <w:br/>
      </w:r>
      <w:r>
        <w:rPr>
          <w:rFonts w:ascii="Inter" w:hAnsi="Inter"/>
          <w:sz w:val="14"/>
        </w:rPr>
        <w:t>Connection is chosen without surrendering the self.</w:t>
      </w:r>
    </w:p>
    <w:p>
      <w:pPr>
        <w:spacing w:after="80"/>
      </w:pPr>
      <w:r>
        <w:rPr>
          <w:rFonts w:ascii="PT Sans Narrow" w:hAnsi="PT Sans Narrow"/>
          <w:b/>
          <w:sz w:val="17"/>
        </w:rPr>
        <w:t>04  STAY THROUGH THE MIDNIGHT FEAR</w:t>
        <w:br/>
      </w:r>
      <w:r>
        <w:rPr>
          <w:rFonts w:ascii="Inter" w:hAnsi="Inter"/>
          <w:sz w:val="14"/>
        </w:rPr>
        <w:t>Love survives the discovery that nothing stays unchanged.</w:t>
      </w:r>
    </w:p>
    <w:p>
      <w:pPr>
        <w:spacing w:after="80"/>
      </w:pPr>
      <w:r>
        <w:rPr>
          <w:rFonts w:ascii="PT Sans Narrow" w:hAnsi="PT Sans Narrow"/>
          <w:b/>
          <w:sz w:val="17"/>
        </w:rPr>
        <w:t>05  MISS ME, REMEMBER ME, COME HOME</w:t>
        <w:br/>
      </w:r>
      <w:r>
        <w:rPr>
          <w:rFonts w:ascii="Inter" w:hAnsi="Inter"/>
          <w:sz w:val="14"/>
        </w:rPr>
        <w:t>Distance becomes heavy. Trust becomes a conscious leap.</w:t>
      </w:r>
    </w:p>
    <w:p>
      <w:pPr>
        <w:spacing w:after="80"/>
      </w:pPr>
      <w:r>
        <w:rPr>
          <w:rFonts w:ascii="PT Sans Narrow" w:hAnsi="PT Sans Narrow"/>
          <w:b/>
          <w:sz w:val="17"/>
        </w:rPr>
        <w:t>06  KEEP MOVING</w:t>
        <w:br/>
      </w:r>
      <w:r>
        <w:rPr>
          <w:rFonts w:ascii="Inter" w:hAnsi="Inter"/>
          <w:sz w:val="14"/>
        </w:rPr>
        <w:t>Language fails. The body carries the signal.</w:t>
      </w:r>
    </w:p>
    <w:p>
      <w:pPr>
        <w:spacing w:after="80"/>
      </w:pPr>
      <w:r>
        <w:rPr>
          <w:rFonts w:ascii="PT Sans Narrow" w:hAnsi="PT Sans Narrow"/>
          <w:b/>
          <w:sz w:val="17"/>
        </w:rPr>
        <w:t>07  RESIST THE IMPULSE TO BURN IT DOWN</w:t>
        <w:br/>
      </w:r>
      <w:r>
        <w:rPr>
          <w:rFonts w:ascii="Inter" w:hAnsi="Inter"/>
          <w:sz w:val="14"/>
        </w:rPr>
        <w:t>Fear attempts to solve uncertainty through destruction.</w:t>
      </w:r>
    </w:p>
    <w:p>
      <w:pPr>
        <w:spacing w:after="80"/>
      </w:pPr>
      <w:r>
        <w:rPr>
          <w:rFonts w:ascii="PT Sans Narrow" w:hAnsi="PT Sans Narrow"/>
          <w:b/>
          <w:sz w:val="17"/>
        </w:rPr>
        <w:t>08  LET INTENSITY BECOME ECSTASY</w:t>
        <w:br/>
      </w:r>
      <w:r>
        <w:rPr>
          <w:rFonts w:ascii="Inter" w:hAnsi="Inter"/>
          <w:sz w:val="14"/>
        </w:rPr>
        <w:t>The fire cannot erase what became part of you.</w:t>
      </w:r>
    </w:p>
    <w:p>
      <w:pPr>
        <w:spacing w:after="80"/>
      </w:pPr>
      <w:r>
        <w:rPr>
          <w:rFonts w:ascii="PT Sans Narrow" w:hAnsi="PT Sans Narrow"/>
          <w:b/>
          <w:sz w:val="17"/>
        </w:rPr>
        <w:t>09  LOVE BECOMES REAL ENOUGH TO SHAKE YOU</w:t>
        <w:br/>
      </w:r>
      <w:r>
        <w:rPr>
          <w:rFonts w:ascii="Inter" w:hAnsi="Inter"/>
          <w:sz w:val="14"/>
        </w:rPr>
        <w:t>The fear remains. The hand reaches anyway.</w:t>
      </w:r>
    </w:p>
    <w:p>
      <w:r>
        <w:br w:type="page"/>
      </w:r>
    </w:p>
    <w:p>
      <w:pPr>
        <w:pStyle w:val="Label"/>
      </w:pPr>
      <w:r>
        <w:t>THE MONOLOGUE</w:t>
      </w:r>
    </w:p>
    <w:p>
      <w:pPr>
        <w:pStyle w:val="Heading1"/>
      </w:pPr>
      <w:r>
        <w:t>FEAR DOES NOT KNOW THE ENDING.</w:t>
      </w:r>
    </w:p>
    <w:p>
      <w:pPr>
        <w:spacing w:before="20" w:after="60"/>
        <w:pBdr>
          <w:bottom w:val="single" w:sz="18" w:space="1" w:color="000000"/>
        </w:pBdr>
      </w:pPr>
    </w:p>
    <w:p>
      <w:pPr>
        <w:pStyle w:val="Theme"/>
      </w:pPr>
      <w:r>
        <w:rPr>
          <w:b w:val="0"/>
        </w:rPr>
        <w:t xml:space="preserve">TEARDROPDRIFT begins with slowflood telling the audience: </w:t>
      </w:r>
      <w:r>
        <w:rPr>
          <w:b/>
        </w:rPr>
        <w:t>I just want to give you something to believe in.</w:t>
      </w:r>
      <w:r>
        <w:rPr>
          <w:b w:val="0"/>
        </w:rPr>
      </w:r>
    </w:p>
    <w:p>
      <w:pPr>
        <w:pStyle w:val="Theme"/>
      </w:pPr>
      <w:r>
        <w:rPr>
          <w:b w:val="0"/>
        </w:rPr>
        <w:t>What follows is not an explanation of what they should believe. It is a demonstration of what believing can cost.</w:t>
      </w:r>
    </w:p>
    <w:p>
      <w:pPr>
        <w:pStyle w:val="Theme"/>
      </w:pPr>
      <w:r>
        <w:rPr>
          <w:b w:val="0"/>
        </w:rPr>
        <w:t>Come closer. Say yes. Stay through the fear. Accept that nothing stays exactly the same. Miss people. Remember them. Ask them to come home.</w:t>
      </w:r>
    </w:p>
    <w:p>
      <w:pPr>
        <w:pStyle w:val="Theme"/>
      </w:pPr>
      <w:r>
        <w:rPr>
          <w:b w:val="0"/>
        </w:rPr>
        <w:t>Give trust even when history has taught you why trust is dangerous.</w:t>
      </w:r>
    </w:p>
    <w:p>
      <w:pPr>
        <w:pStyle w:val="Theme"/>
      </w:pPr>
      <w:r>
        <w:rPr>
          <w:b w:val="0"/>
        </w:rPr>
        <w:t>When language fails, keep moving.</w:t>
      </w:r>
    </w:p>
    <w:p>
      <w:pPr>
        <w:pStyle w:val="Theme"/>
      </w:pPr>
      <w:r>
        <w:rPr>
          <w:b w:val="0"/>
        </w:rPr>
        <w:t>When fear offers the beautiful certainty of burning everything down, do not mistake destruction for resolution.</w:t>
      </w:r>
    </w:p>
    <w:p>
      <w:pPr>
        <w:pStyle w:val="Theme"/>
      </w:pPr>
      <w:r>
        <w:rPr>
          <w:b w:val="0"/>
        </w:rPr>
        <w:t>Let intensity pass through you.</w:t>
      </w:r>
    </w:p>
    <w:p>
      <w:pPr>
        <w:pStyle w:val="Theme"/>
      </w:pPr>
      <w:r>
        <w:rPr>
          <w:b w:val="0"/>
        </w:rPr>
        <w:t xml:space="preserve">And when you finally encounter something bright enough, deep enough and real enough to make your body shake: </w:t>
      </w:r>
      <w:r>
        <w:rPr>
          <w:b/>
        </w:rPr>
        <w:t>reach.</w:t>
      </w:r>
      <w:r>
        <w:rPr>
          <w:b w:val="0"/>
        </w:rPr>
      </w:r>
    </w:p>
    <w:p>
      <w:pPr>
        <w:pStyle w:val="Theme"/>
      </w:pPr>
      <w:r>
        <w:rPr>
          <w:b w:val="0"/>
        </w:rPr>
        <w:t>The lesson is not that fear was wrong. The lesson is that fear did not know the ending.</w:t>
      </w:r>
    </w:p>
    <w:p>
      <w:r>
        <w:br w:type="page"/>
      </w:r>
    </w:p>
    <w:p>
      <w:pPr>
        <w:spacing w:before="2100"/>
        <w:jc w:val="center"/>
      </w:pPr>
      <w:r>
        <w:rPr>
          <w:rFonts w:ascii="PT Sans Narrow" w:hAnsi="PT Sans Narrow"/>
          <w:b/>
          <w:sz w:val="16"/>
        </w:rPr>
        <w:t>RITUAL REMINDER</w:t>
      </w:r>
    </w:p>
    <w:p>
      <w:pPr>
        <w:jc w:val="center"/>
      </w:pPr>
      <w:r>
        <w:rPr>
          <w:rFonts w:ascii="PT Sans Narrow" w:hAnsi="PT Sans Narrow"/>
          <w:b/>
          <w:sz w:val="40"/>
        </w:rPr>
        <w:t>WHEN EVERY INSTINCT SAYS 'RUN,'</w:t>
        <w:br/>
        <w:t>STAY ONE SONG LONGER.</w:t>
      </w:r>
    </w:p>
    <w:p/>
    <w:tbl>
      <w:tblPr>
        <w:tblW w:type="auto" w:w="0"/>
        <w:jc w:val="center"/>
        <w:tblLayout w:type="fixed"/>
        <w:tblLook w:firstColumn="1" w:firstRow="1" w:lastColumn="0" w:lastRow="0" w:noHBand="0" w:noVBand="1" w:val="04A0"/>
      </w:tblPr>
      <w:tblGrid>
        <w:gridCol w:w="6480"/>
      </w:tblGrid>
      <w:tr>
        <w:tc>
          <w:tcPr>
            <w:tcW w:type="dxa" w:w="6538"/>
            <w:shd w:fill="000000"/>
            <w:tcMar>
              <w:top w:w="30" w:type="dxa"/>
              <w:start w:w="80" w:type="dxa"/>
              <w:bottom w:w="30" w:type="dxa"/>
              <w:end w:w="80" w:type="dxa"/>
            </w:tcMar>
          </w:tcPr>
          <w:p>
            <w:pPr>
              <w:jc w:val="center"/>
            </w:pPr>
            <w:r>
              <w:rPr>
                <w:rFonts w:ascii="PT Sans Narrow" w:hAnsi="PT Sans Narrow" w:eastAsia="PT Sans Narrow"/>
                <w:b/>
                <w:color w:val="FFFFFF"/>
                <w:sz w:val="16"/>
              </w:rPr>
              <w:t>INTERFERE WITH DESPAIR</w:t>
            </w:r>
          </w:p>
        </w:tc>
      </w:tr>
    </w:tbl>
    <w:p>
      <w:pPr>
        <w:spacing w:before="360"/>
        <w:jc w:val="center"/>
      </w:pPr>
      <w:r>
        <w:rPr>
          <w:rFonts w:ascii="Inter" w:hAnsi="Inter"/>
          <w:b/>
          <w:sz w:val="16"/>
        </w:rPr>
        <w:t>未来はここにあった</w:t>
        <w:br/>
        <w:t>THE FUTURE WAS HERE.</w:t>
      </w:r>
    </w:p>
    <w:p>
      <w:pPr>
        <w:jc w:val="center"/>
      </w:pPr>
      <w:r>
        <w:rPr>
          <w:rFonts w:ascii="PT Sans Narrow" w:hAnsi="PT Sans Narrow"/>
          <w:b/>
          <w:sz w:val="16"/>
        </w:rPr>
        <w:t>WE STILL DRIFTIN WITHIN OUR EYES.</w:t>
      </w:r>
    </w:p>
    <w:p>
      <w:pPr>
        <w:spacing w:before="1100"/>
        <w:jc w:val="center"/>
      </w:pPr>
      <w:r>
        <w:rPr>
          <w:rFonts w:ascii="PT Sans Narrow" w:hAnsi="PT Sans Narrow"/>
          <w:b/>
          <w:sz w:val="14"/>
        </w:rPr>
        <w:t>CH77 // SIGNAL END</w:t>
      </w:r>
    </w:p>
    <w:sectPr w:rsidR="00FC693F" w:rsidRPr="0006063C" w:rsidSect="00034616">
      <w:headerReference w:type="default" r:id="rId9"/>
      <w:footerReference w:type="default" r:id="rId10"/>
      <w:pgSz w:w="7920" w:h="12240"/>
      <w:pgMar w:top="691" w:right="691" w:bottom="691" w:left="691" w:header="288" w:footer="31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PT Sans Narrow" w:hAnsi="PT Sans Narrow"/>
        <w:sz w:val="12"/>
      </w:rPr>
      <w:t xml:space="preserve">CH77  //  </w:t>
    </w:r>
    <w:fldChar w:fldCharType="begin"/>
    <w:instrText xml:space="preserve"> PAGE </w:instrText>
    <w:fldChar w:fldCharType="end"/>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PT Sans Narrow" w:hAnsi="PT Sans Narrow" w:eastAsia="PT Sans Narrow"/>
        <w:b/>
        <w:sz w:val="12"/>
      </w:rPr>
      <w:t>TEARDROPDRIFT // CHAPTER 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5" w:lineRule="auto"/>
    </w:pPr>
    <w:rPr>
      <w:rFonts w:ascii="Inter" w:hAnsi="Inter" w:eastAsia="Inter"/>
      <w:b w:val="0"/>
      <w:i w:val="0"/>
      <w:color w:val="000000"/>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80"/>
      <w:outlineLvl w:val="0"/>
    </w:pPr>
    <w:rPr>
      <w:rFonts w:asciiTheme="majorHAnsi" w:eastAsiaTheme="majorEastAsia" w:hAnsiTheme="majorHAnsi" w:cstheme="majorBidi" w:ascii="PT Sans Narrow" w:hAnsi="PT Sans Narrow" w:eastAsia="PT Sans Narrow"/>
      <w:b/>
      <w:bCs/>
      <w:i w:val="0"/>
      <w:color w:val="000000"/>
      <w:sz w:val="38"/>
      <w:szCs w:val="28"/>
    </w:rPr>
  </w:style>
  <w:style w:type="paragraph" w:styleId="Heading2">
    <w:name w:val="heading 2"/>
    <w:basedOn w:val="Normal"/>
    <w:next w:val="Normal"/>
    <w:link w:val="Heading2Char"/>
    <w:uiPriority w:val="9"/>
    <w:unhideWhenUsed/>
    <w:qFormat/>
    <w:rsid w:val="00FC693F"/>
    <w:pPr>
      <w:keepNext/>
      <w:keepLines/>
      <w:spacing w:before="0" w:after="80"/>
      <w:outlineLvl w:val="1"/>
    </w:pPr>
    <w:rPr>
      <w:rFonts w:asciiTheme="majorHAnsi" w:eastAsiaTheme="majorEastAsia" w:hAnsiTheme="majorHAnsi" w:cstheme="majorBidi" w:ascii="PT Sans Narrow" w:hAnsi="PT Sans Narrow" w:eastAsia="PT Sans Narrow"/>
      <w:b/>
      <w:bCs/>
      <w:i w:val="0"/>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0"/>
      <w:contextualSpacing/>
    </w:pPr>
    <w:rPr>
      <w:rFonts w:asciiTheme="majorHAnsi" w:eastAsiaTheme="majorEastAsia" w:hAnsiTheme="majorHAnsi" w:cstheme="majorBidi" w:ascii="PT Sans Narrow" w:hAnsi="PT Sans Narrow" w:eastAsia="PT Sans Narrow"/>
      <w:b/>
      <w:i w:val="0"/>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yrics">
    <w:name w:val="Lyrics"/>
    <w:pPr>
      <w:spacing w:after="0" w:line="221" w:lineRule="auto"/>
    </w:pPr>
    <w:rPr>
      <w:rFonts w:ascii="PT Sans Narrow" w:hAnsi="PT Sans Narrow" w:eastAsia="PT Sans Narrow"/>
      <w:b w:val="0"/>
      <w:i w:val="0"/>
      <w:color w:val="000000"/>
      <w:sz w:val="15"/>
    </w:rPr>
  </w:style>
  <w:style w:type="paragraph" w:customStyle="1" w:styleId="Small">
    <w:name w:val="Small"/>
    <w:pPr>
      <w:spacing w:after="30" w:line="228" w:lineRule="auto"/>
    </w:pPr>
    <w:rPr>
      <w:rFonts w:ascii="Inter" w:hAnsi="Inter" w:eastAsia="Inter"/>
      <w:b w:val="0"/>
      <w:i w:val="0"/>
      <w:color w:val="000000"/>
      <w:sz w:val="13"/>
    </w:rPr>
  </w:style>
  <w:style w:type="paragraph" w:customStyle="1" w:styleId="Theme">
    <w:name w:val="Theme"/>
    <w:pPr>
      <w:spacing w:after="100" w:line="252" w:lineRule="auto"/>
    </w:pPr>
    <w:rPr>
      <w:rFonts w:ascii="Inter" w:hAnsi="Inter" w:eastAsia="Inter"/>
      <w:b w:val="0"/>
      <w:i w:val="0"/>
      <w:color w:val="000000"/>
      <w:sz w:val="17"/>
    </w:rPr>
  </w:style>
  <w:style w:type="paragraph" w:customStyle="1" w:styleId="Label">
    <w:name w:val="Label"/>
    <w:pPr>
      <w:spacing w:after="40"/>
    </w:pPr>
    <w:rPr>
      <w:rFonts w:ascii="PT Sans Narrow" w:hAnsi="PT Sans Narrow" w:eastAsia="PT Sans Narrow"/>
      <w:b/>
      <w:i w:val="0"/>
      <w:caps/>
      <w:color w:val="000000"/>
      <w:sz w:val="1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